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DD751" w14:textId="77777777" w:rsidR="00D700B7" w:rsidRDefault="00000000">
      <w:pPr>
        <w:pStyle w:val="Titel1"/>
        <w:jc w:val="center"/>
      </w:pPr>
      <w:r>
        <w:t>Handbuch Ehrungen</w:t>
      </w:r>
    </w:p>
    <w:p w14:paraId="03CA1678" w14:textId="77777777" w:rsidR="00D700B7" w:rsidRDefault="00000000">
      <w:pPr>
        <w:pStyle w:val="Untertitel1"/>
        <w:jc w:val="center"/>
      </w:pPr>
      <w:r>
        <w:t>Kompaktfassung für Vorstände und Ehrungsbeauftragte</w:t>
      </w:r>
    </w:p>
    <w:p w14:paraId="7ACCBD7A" w14:textId="77777777" w:rsidR="00D700B7" w:rsidRDefault="00000000">
      <w:pPr>
        <w:pStyle w:val="Untertitel1"/>
        <w:jc w:val="center"/>
      </w:pPr>
      <w:r>
        <w:t>DLRG Landesverband Schleswig-Holstein</w:t>
      </w:r>
    </w:p>
    <w:p w14:paraId="1B8DE0E4" w14:textId="77777777" w:rsidR="00D700B7" w:rsidRDefault="00000000">
      <w:pPr>
        <w:pStyle w:val="Hinweis"/>
        <w:jc w:val="center"/>
      </w:pPr>
      <w:r>
        <w:t>Verdichtete Arbeitsfassung: Kernaussagen, Auswahlhilfen, Verfahren und Checklisten.</w:t>
      </w:r>
    </w:p>
    <w:tbl>
      <w:tblPr>
        <w:tblStyle w:val="Tabellenraster"/>
        <w:tblW w:w="0" w:type="auto"/>
        <w:jc w:val="center"/>
        <w:tblLook w:val="04A0" w:firstRow="1" w:lastRow="0" w:firstColumn="1" w:lastColumn="0" w:noHBand="0" w:noVBand="1"/>
      </w:tblPr>
      <w:tblGrid>
        <w:gridCol w:w="10624"/>
      </w:tblGrid>
      <w:tr w:rsidR="00D700B7" w14:paraId="7384293A" w14:textId="77777777">
        <w:trPr>
          <w:jc w:val="center"/>
        </w:trPr>
        <w:tc>
          <w:tcPr>
            <w:tcW w:w="10624" w:type="dxa"/>
            <w:shd w:val="clear" w:color="auto" w:fill="DCEAF4"/>
            <w:tcMar>
              <w:top w:w="100" w:type="dxa"/>
              <w:left w:w="120" w:type="dxa"/>
              <w:bottom w:w="100" w:type="dxa"/>
              <w:right w:w="120" w:type="dxa"/>
            </w:tcMar>
          </w:tcPr>
          <w:p w14:paraId="2CF95023" w14:textId="77777777" w:rsidR="00D700B7" w:rsidRDefault="00000000">
            <w:r>
              <w:t>Diese Kompaktfassung reduziert Wiederholungen und Praxisbeispiele auf das Wesentliche. Maßgeblich bleiben stets die aktuell gültigen Satzungen, Ehrungsordnungen, Ergänzungen, Formulare und Beschlüsse der zuständigen Gremien.</w:t>
            </w:r>
          </w:p>
        </w:tc>
      </w:tr>
    </w:tbl>
    <w:p w14:paraId="302E8018" w14:textId="77777777" w:rsidR="00D700B7" w:rsidRDefault="00000000">
      <w:r>
        <w:br w:type="page"/>
      </w:r>
    </w:p>
    <w:p w14:paraId="02F4F376" w14:textId="77777777" w:rsidR="00D700B7" w:rsidRDefault="00000000">
      <w:pPr>
        <w:pStyle w:val="Kapitel"/>
      </w:pPr>
      <w:r>
        <w:lastRenderedPageBreak/>
        <w:t>Inhaltsübersicht</w:t>
      </w:r>
    </w:p>
    <w:p w14:paraId="0A2CA813" w14:textId="77777777" w:rsidR="00D700B7" w:rsidRDefault="00000000">
      <w:r>
        <w:t>1. Bedeutung und Grundsätze</w:t>
      </w:r>
    </w:p>
    <w:p w14:paraId="6E3888D7" w14:textId="77777777" w:rsidR="00D700B7" w:rsidRDefault="00000000">
      <w:r>
        <w:t>2. Rechtsgrundlagen und Zuständigkeiten</w:t>
      </w:r>
    </w:p>
    <w:p w14:paraId="09E689D3" w14:textId="77777777" w:rsidR="00D700B7" w:rsidRDefault="00000000">
      <w:r>
        <w:t>3. Ehrungssystem und Auswahl</w:t>
      </w:r>
    </w:p>
    <w:p w14:paraId="6C42133B" w14:textId="77777777" w:rsidR="00D700B7" w:rsidRDefault="00000000">
      <w:r>
        <w:t>4. Rettungsmedaille der DLRG</w:t>
      </w:r>
    </w:p>
    <w:p w14:paraId="3DE8A563" w14:textId="77777777" w:rsidR="00D700B7" w:rsidRDefault="00000000">
      <w:r>
        <w:t>5. Verdienstzeichen Bronze bis Gold mit Brillant</w:t>
      </w:r>
    </w:p>
    <w:p w14:paraId="211D909F" w14:textId="77777777" w:rsidR="00D700B7" w:rsidRDefault="00000000">
      <w:r>
        <w:t>6. Mitgliedsehrenzeichen</w:t>
      </w:r>
    </w:p>
    <w:p w14:paraId="0641EC72" w14:textId="77777777" w:rsidR="00D700B7" w:rsidRDefault="00000000">
      <w:r>
        <w:t>7. Ehrenurkunde und Ehrenplakette Schleswig-Holstein</w:t>
      </w:r>
    </w:p>
    <w:p w14:paraId="2A188C3C" w14:textId="77777777" w:rsidR="00D700B7" w:rsidRDefault="00000000">
      <w:r>
        <w:t>8. Antragsverfahren und Qualitätsstandards</w:t>
      </w:r>
    </w:p>
    <w:p w14:paraId="0AC8A3D4" w14:textId="77777777" w:rsidR="00D700B7" w:rsidRDefault="00000000">
      <w:r>
        <w:t>9. Jahresplanung und Arbeitshilfen</w:t>
      </w:r>
    </w:p>
    <w:p w14:paraId="4E41C12D" w14:textId="77777777" w:rsidR="00D700B7" w:rsidRDefault="00000000">
      <w:r>
        <w:t>10. Staatliche Ehrungen</w:t>
      </w:r>
    </w:p>
    <w:p w14:paraId="4B9CA7ED" w14:textId="77777777" w:rsidR="00D700B7" w:rsidRDefault="00000000">
      <w:r>
        <w:t>Anhang: Entscheidungsmatrix und zentrale Checklisten</w:t>
      </w:r>
    </w:p>
    <w:p w14:paraId="53E2FB00" w14:textId="77777777" w:rsidR="00D700B7" w:rsidRDefault="00000000">
      <w:r>
        <w:br w:type="page"/>
      </w:r>
    </w:p>
    <w:p w14:paraId="45C408EA" w14:textId="77777777" w:rsidR="00D700B7" w:rsidRDefault="00000000">
      <w:pPr>
        <w:pStyle w:val="Kapitel"/>
      </w:pPr>
      <w:r>
        <w:lastRenderedPageBreak/>
        <w:t>1. Bedeutung und Grundsätze</w:t>
      </w:r>
    </w:p>
    <w:p w14:paraId="0C96D1A7" w14:textId="77777777" w:rsidR="00D700B7" w:rsidRDefault="00000000">
      <w:r>
        <w:t>Anerkennung ist ein Führungsinstrument. Sie macht Engagement sichtbar, stärkt Motivation und Bindung, fördert Nachwuchs und verbessert die Außenwirkung der DLRG. Formale Ehrungen wirken am besten in Verbindung mit einer gelebten Kultur der Wertschätzung.</w:t>
      </w:r>
    </w:p>
    <w:p w14:paraId="10F5A294" w14:textId="77777777" w:rsidR="00D700B7" w:rsidRDefault="00000000">
      <w:pPr>
        <w:pStyle w:val="Abschnitt"/>
      </w:pPr>
      <w:r>
        <w:t>Zentrale Grundsätze</w:t>
      </w:r>
    </w:p>
    <w:tbl>
      <w:tblPr>
        <w:tblStyle w:val="Tabellenraster"/>
        <w:tblW w:w="0" w:type="auto"/>
        <w:jc w:val="center"/>
        <w:tblLook w:val="04A0" w:firstRow="1" w:lastRow="0" w:firstColumn="1" w:lastColumn="0" w:noHBand="0" w:noVBand="1"/>
      </w:tblPr>
      <w:tblGrid>
        <w:gridCol w:w="1757"/>
        <w:gridCol w:w="7483"/>
      </w:tblGrid>
      <w:tr w:rsidR="00D700B7" w14:paraId="4BDE4AF4" w14:textId="77777777">
        <w:trPr>
          <w:jc w:val="center"/>
        </w:trPr>
        <w:tc>
          <w:tcPr>
            <w:tcW w:w="1757" w:type="dxa"/>
            <w:shd w:val="clear" w:color="auto" w:fill="003B6F"/>
            <w:vAlign w:val="center"/>
          </w:tcPr>
          <w:p w14:paraId="3A6AB001" w14:textId="77777777" w:rsidR="00D700B7" w:rsidRDefault="00000000">
            <w:r>
              <w:rPr>
                <w:b/>
                <w:color w:val="FFFFFF"/>
                <w:sz w:val="16"/>
              </w:rPr>
              <w:t>Grundsatz</w:t>
            </w:r>
          </w:p>
        </w:tc>
        <w:tc>
          <w:tcPr>
            <w:tcW w:w="7483" w:type="dxa"/>
            <w:shd w:val="clear" w:color="auto" w:fill="003B6F"/>
            <w:vAlign w:val="center"/>
          </w:tcPr>
          <w:p w14:paraId="29EEDE99" w14:textId="77777777" w:rsidR="00D700B7" w:rsidRDefault="00000000">
            <w:r>
              <w:rPr>
                <w:b/>
                <w:color w:val="FFFFFF"/>
                <w:sz w:val="16"/>
              </w:rPr>
              <w:t>Praktische Bedeutung</w:t>
            </w:r>
          </w:p>
        </w:tc>
      </w:tr>
      <w:tr w:rsidR="00D700B7" w14:paraId="69E5A16F" w14:textId="77777777">
        <w:trPr>
          <w:jc w:val="center"/>
        </w:trPr>
        <w:tc>
          <w:tcPr>
            <w:tcW w:w="1757" w:type="dxa"/>
            <w:tcMar>
              <w:top w:w="60" w:type="dxa"/>
              <w:left w:w="80" w:type="dxa"/>
              <w:bottom w:w="60" w:type="dxa"/>
              <w:right w:w="80" w:type="dxa"/>
            </w:tcMar>
          </w:tcPr>
          <w:p w14:paraId="29EE5566" w14:textId="77777777" w:rsidR="00D700B7" w:rsidRDefault="00000000">
            <w:pPr>
              <w:spacing w:after="0"/>
            </w:pPr>
            <w:r>
              <w:rPr>
                <w:sz w:val="16"/>
              </w:rPr>
              <w:t>Fairness</w:t>
            </w:r>
          </w:p>
        </w:tc>
        <w:tc>
          <w:tcPr>
            <w:tcW w:w="7483" w:type="dxa"/>
            <w:tcMar>
              <w:top w:w="60" w:type="dxa"/>
              <w:left w:w="80" w:type="dxa"/>
              <w:bottom w:w="60" w:type="dxa"/>
              <w:right w:w="80" w:type="dxa"/>
            </w:tcMar>
          </w:tcPr>
          <w:p w14:paraId="374EECF7" w14:textId="77777777" w:rsidR="00D700B7" w:rsidRDefault="00000000">
            <w:pPr>
              <w:spacing w:after="0"/>
            </w:pPr>
            <w:r>
              <w:rPr>
                <w:sz w:val="16"/>
              </w:rPr>
              <w:t>Vergleichbare Leistungen werden nach vergleichbaren Maßstäben bewertet.</w:t>
            </w:r>
          </w:p>
        </w:tc>
      </w:tr>
      <w:tr w:rsidR="00D700B7" w14:paraId="0D4630BF" w14:textId="77777777">
        <w:trPr>
          <w:jc w:val="center"/>
        </w:trPr>
        <w:tc>
          <w:tcPr>
            <w:tcW w:w="1757" w:type="dxa"/>
            <w:shd w:val="clear" w:color="auto" w:fill="F3F7FA"/>
            <w:tcMar>
              <w:top w:w="60" w:type="dxa"/>
              <w:left w:w="80" w:type="dxa"/>
              <w:bottom w:w="60" w:type="dxa"/>
              <w:right w:w="80" w:type="dxa"/>
            </w:tcMar>
          </w:tcPr>
          <w:p w14:paraId="296F1A22" w14:textId="77777777" w:rsidR="00D700B7" w:rsidRDefault="00000000">
            <w:pPr>
              <w:spacing w:after="0"/>
            </w:pPr>
            <w:r>
              <w:rPr>
                <w:sz w:val="16"/>
              </w:rPr>
              <w:t>Transparenz</w:t>
            </w:r>
          </w:p>
        </w:tc>
        <w:tc>
          <w:tcPr>
            <w:tcW w:w="7483" w:type="dxa"/>
            <w:shd w:val="clear" w:color="auto" w:fill="F3F7FA"/>
            <w:tcMar>
              <w:top w:w="60" w:type="dxa"/>
              <w:left w:w="80" w:type="dxa"/>
              <w:bottom w:w="60" w:type="dxa"/>
              <w:right w:w="80" w:type="dxa"/>
            </w:tcMar>
          </w:tcPr>
          <w:p w14:paraId="264A5907" w14:textId="77777777" w:rsidR="00D700B7" w:rsidRDefault="00000000">
            <w:pPr>
              <w:spacing w:after="0"/>
            </w:pPr>
            <w:r>
              <w:rPr>
                <w:sz w:val="16"/>
              </w:rPr>
              <w:t>Kriterien, Zuständigkeiten und Entscheidungen sind nachvollziehbar.</w:t>
            </w:r>
          </w:p>
        </w:tc>
      </w:tr>
      <w:tr w:rsidR="00D700B7" w14:paraId="2C6277B9" w14:textId="77777777">
        <w:trPr>
          <w:jc w:val="center"/>
        </w:trPr>
        <w:tc>
          <w:tcPr>
            <w:tcW w:w="1757" w:type="dxa"/>
            <w:tcMar>
              <w:top w:w="60" w:type="dxa"/>
              <w:left w:w="80" w:type="dxa"/>
              <w:bottom w:w="60" w:type="dxa"/>
              <w:right w:w="80" w:type="dxa"/>
            </w:tcMar>
          </w:tcPr>
          <w:p w14:paraId="58C8C2A3" w14:textId="77777777" w:rsidR="00D700B7" w:rsidRDefault="00000000">
            <w:pPr>
              <w:spacing w:after="0"/>
            </w:pPr>
            <w:r>
              <w:rPr>
                <w:sz w:val="16"/>
              </w:rPr>
              <w:t>Gleichbehandlung</w:t>
            </w:r>
          </w:p>
        </w:tc>
        <w:tc>
          <w:tcPr>
            <w:tcW w:w="7483" w:type="dxa"/>
            <w:tcMar>
              <w:top w:w="60" w:type="dxa"/>
              <w:left w:w="80" w:type="dxa"/>
              <w:bottom w:w="60" w:type="dxa"/>
              <w:right w:w="80" w:type="dxa"/>
            </w:tcMar>
          </w:tcPr>
          <w:p w14:paraId="28DFCA59" w14:textId="77777777" w:rsidR="00D700B7" w:rsidRDefault="00000000">
            <w:pPr>
              <w:spacing w:after="0"/>
            </w:pPr>
            <w:r>
              <w:rPr>
                <w:sz w:val="16"/>
              </w:rPr>
              <w:t>Gliederung, Funktion oder persönliche Nähe dürfen die Bewertung nicht verzerren.</w:t>
            </w:r>
          </w:p>
        </w:tc>
      </w:tr>
      <w:tr w:rsidR="00D700B7" w14:paraId="3455DEE2" w14:textId="77777777">
        <w:trPr>
          <w:jc w:val="center"/>
        </w:trPr>
        <w:tc>
          <w:tcPr>
            <w:tcW w:w="1757" w:type="dxa"/>
            <w:shd w:val="clear" w:color="auto" w:fill="F3F7FA"/>
            <w:tcMar>
              <w:top w:w="60" w:type="dxa"/>
              <w:left w:w="80" w:type="dxa"/>
              <w:bottom w:w="60" w:type="dxa"/>
              <w:right w:w="80" w:type="dxa"/>
            </w:tcMar>
          </w:tcPr>
          <w:p w14:paraId="5897C14F" w14:textId="77777777" w:rsidR="00D700B7" w:rsidRDefault="00000000">
            <w:pPr>
              <w:spacing w:after="0"/>
            </w:pPr>
            <w:r>
              <w:rPr>
                <w:sz w:val="16"/>
              </w:rPr>
              <w:t>Dokumentation</w:t>
            </w:r>
          </w:p>
        </w:tc>
        <w:tc>
          <w:tcPr>
            <w:tcW w:w="7483" w:type="dxa"/>
            <w:shd w:val="clear" w:color="auto" w:fill="F3F7FA"/>
            <w:tcMar>
              <w:top w:w="60" w:type="dxa"/>
              <w:left w:w="80" w:type="dxa"/>
              <w:bottom w:w="60" w:type="dxa"/>
              <w:right w:w="80" w:type="dxa"/>
            </w:tcMar>
          </w:tcPr>
          <w:p w14:paraId="50DFCA04" w14:textId="77777777" w:rsidR="00D700B7" w:rsidRDefault="00000000">
            <w:pPr>
              <w:spacing w:after="0"/>
            </w:pPr>
            <w:r>
              <w:rPr>
                <w:sz w:val="16"/>
              </w:rPr>
              <w:t>Funktionen, Zeiträume, Tätigkeiten, Ergebnisse und besondere Leistungen werden fortlaufend erfasst.</w:t>
            </w:r>
          </w:p>
        </w:tc>
      </w:tr>
      <w:tr w:rsidR="00D700B7" w14:paraId="61761804" w14:textId="77777777">
        <w:trPr>
          <w:jc w:val="center"/>
        </w:trPr>
        <w:tc>
          <w:tcPr>
            <w:tcW w:w="1757" w:type="dxa"/>
            <w:tcMar>
              <w:top w:w="60" w:type="dxa"/>
              <w:left w:w="80" w:type="dxa"/>
              <w:bottom w:w="60" w:type="dxa"/>
              <w:right w:w="80" w:type="dxa"/>
            </w:tcMar>
          </w:tcPr>
          <w:p w14:paraId="5D545F5D" w14:textId="77777777" w:rsidR="00D700B7" w:rsidRDefault="00000000">
            <w:pPr>
              <w:spacing w:after="0"/>
            </w:pPr>
            <w:r>
              <w:rPr>
                <w:sz w:val="16"/>
              </w:rPr>
              <w:t>Verhältnismäßigkeit</w:t>
            </w:r>
          </w:p>
        </w:tc>
        <w:tc>
          <w:tcPr>
            <w:tcW w:w="7483" w:type="dxa"/>
            <w:tcMar>
              <w:top w:w="60" w:type="dxa"/>
              <w:left w:w="80" w:type="dxa"/>
              <w:bottom w:w="60" w:type="dxa"/>
              <w:right w:w="80" w:type="dxa"/>
            </w:tcMar>
          </w:tcPr>
          <w:p w14:paraId="08DB55C5" w14:textId="77777777" w:rsidR="00D700B7" w:rsidRDefault="00000000">
            <w:pPr>
              <w:spacing w:after="0"/>
            </w:pPr>
            <w:r>
              <w:rPr>
                <w:sz w:val="16"/>
              </w:rPr>
              <w:t>Die Ehrungsstufe muss zur Dauer, Verantwortung, Wirkung und Vorbildfunktion passen.</w:t>
            </w:r>
          </w:p>
        </w:tc>
      </w:tr>
      <w:tr w:rsidR="00D700B7" w14:paraId="23D8E058" w14:textId="77777777">
        <w:trPr>
          <w:jc w:val="center"/>
        </w:trPr>
        <w:tc>
          <w:tcPr>
            <w:tcW w:w="1757" w:type="dxa"/>
            <w:shd w:val="clear" w:color="auto" w:fill="F3F7FA"/>
            <w:tcMar>
              <w:top w:w="60" w:type="dxa"/>
              <w:left w:w="80" w:type="dxa"/>
              <w:bottom w:w="60" w:type="dxa"/>
              <w:right w:w="80" w:type="dxa"/>
            </w:tcMar>
          </w:tcPr>
          <w:p w14:paraId="0A844D2A" w14:textId="77777777" w:rsidR="00D700B7" w:rsidRDefault="00000000">
            <w:pPr>
              <w:spacing w:after="0"/>
            </w:pPr>
            <w:r>
              <w:rPr>
                <w:sz w:val="16"/>
              </w:rPr>
              <w:t>Wertigkeit</w:t>
            </w:r>
          </w:p>
        </w:tc>
        <w:tc>
          <w:tcPr>
            <w:tcW w:w="7483" w:type="dxa"/>
            <w:shd w:val="clear" w:color="auto" w:fill="F3F7FA"/>
            <w:tcMar>
              <w:top w:w="60" w:type="dxa"/>
              <w:left w:w="80" w:type="dxa"/>
              <w:bottom w:w="60" w:type="dxa"/>
              <w:right w:w="80" w:type="dxa"/>
            </w:tcMar>
          </w:tcPr>
          <w:p w14:paraId="1090F377" w14:textId="77777777" w:rsidR="00D700B7" w:rsidRDefault="00000000">
            <w:pPr>
              <w:spacing w:after="0"/>
            </w:pPr>
            <w:r>
              <w:rPr>
                <w:sz w:val="16"/>
              </w:rPr>
              <w:t>Hochrangige Ehrungen werden zurückhaltend und nicht inflationär vergeben.</w:t>
            </w:r>
          </w:p>
        </w:tc>
      </w:tr>
    </w:tbl>
    <w:p w14:paraId="522347B7" w14:textId="77777777" w:rsidR="00D700B7" w:rsidRDefault="00D700B7">
      <w:pPr>
        <w:spacing w:after="0"/>
      </w:pPr>
    </w:p>
    <w:p w14:paraId="2E8316B7" w14:textId="77777777" w:rsidR="00D700B7" w:rsidRDefault="00000000">
      <w:pPr>
        <w:pStyle w:val="Abschnitt"/>
      </w:pPr>
      <w:r>
        <w:t>Aufgaben der Führungskräfte</w:t>
      </w:r>
    </w:p>
    <w:p w14:paraId="760B3F25" w14:textId="77777777" w:rsidR="00D700B7" w:rsidRDefault="00000000">
      <w:pPr>
        <w:ind w:left="255" w:hanging="198"/>
      </w:pPr>
      <w:r>
        <w:t>• verdiente Personen frühzeitig erkennen</w:t>
      </w:r>
    </w:p>
    <w:p w14:paraId="28827863" w14:textId="77777777" w:rsidR="00D700B7" w:rsidRDefault="00000000">
      <w:pPr>
        <w:ind w:left="255" w:hanging="198"/>
      </w:pPr>
      <w:r>
        <w:t>• Leistungen laufend dokumentieren</w:t>
      </w:r>
    </w:p>
    <w:p w14:paraId="305130E1" w14:textId="77777777" w:rsidR="00D700B7" w:rsidRDefault="00000000">
      <w:pPr>
        <w:ind w:left="255" w:hanging="198"/>
      </w:pPr>
      <w:r>
        <w:t>• geeignete Ehrungsstufe sorgfältig auswählen</w:t>
      </w:r>
    </w:p>
    <w:p w14:paraId="35CCE315" w14:textId="77777777" w:rsidR="00D700B7" w:rsidRDefault="00000000">
      <w:pPr>
        <w:ind w:left="255" w:hanging="198"/>
      </w:pPr>
      <w:r>
        <w:t>• Anträge fristgerecht und aussagekräftig vorbereiten</w:t>
      </w:r>
    </w:p>
    <w:p w14:paraId="10307114" w14:textId="77777777" w:rsidR="00D700B7" w:rsidRDefault="00000000">
      <w:pPr>
        <w:ind w:left="255" w:hanging="198"/>
      </w:pPr>
      <w:r>
        <w:t>• Verleihungen persönlich, würdig und öffentlichkeitswirksam gestalten</w:t>
      </w:r>
    </w:p>
    <w:p w14:paraId="2D6EB494" w14:textId="77777777" w:rsidR="00D700B7" w:rsidRDefault="00000000">
      <w:pPr>
        <w:pStyle w:val="Abschnitt"/>
      </w:pPr>
      <w:r>
        <w:t>Typische Fehler</w:t>
      </w:r>
    </w:p>
    <w:p w14:paraId="0B1260F8" w14:textId="77777777" w:rsidR="00D700B7" w:rsidRDefault="00000000">
      <w:pPr>
        <w:ind w:left="255" w:hanging="198"/>
      </w:pPr>
      <w:r>
        <w:t>• zu späte Antragstellung</w:t>
      </w:r>
    </w:p>
    <w:p w14:paraId="5B1EBD58" w14:textId="77777777" w:rsidR="00D700B7" w:rsidRDefault="00000000">
      <w:pPr>
        <w:ind w:left="255" w:hanging="198"/>
      </w:pPr>
      <w:r>
        <w:t>• reine Aufzählung von Ämtern ohne konkrete Leistungen</w:t>
      </w:r>
    </w:p>
    <w:p w14:paraId="4552BC19" w14:textId="77777777" w:rsidR="00D700B7" w:rsidRDefault="00000000">
      <w:pPr>
        <w:ind w:left="255" w:hanging="198"/>
      </w:pPr>
      <w:r>
        <w:t>• fehlende Zeiträume oder Wirkungsnachweise</w:t>
      </w:r>
    </w:p>
    <w:p w14:paraId="1206F0D6" w14:textId="77777777" w:rsidR="00D700B7" w:rsidRDefault="00000000">
      <w:pPr>
        <w:ind w:left="255" w:hanging="198"/>
      </w:pPr>
      <w:r>
        <w:t>• einseitige Berücksichtigung von Vorstandsmitgliedern</w:t>
      </w:r>
    </w:p>
    <w:p w14:paraId="2F520ED8" w14:textId="77777777" w:rsidR="00D700B7" w:rsidRDefault="00000000">
      <w:pPr>
        <w:ind w:left="255" w:hanging="198"/>
      </w:pPr>
      <w:r>
        <w:t>• zu kurze oder austauschbare Begründungen</w:t>
      </w:r>
    </w:p>
    <w:p w14:paraId="7A104AC8" w14:textId="77777777" w:rsidR="00D700B7" w:rsidRDefault="00000000">
      <w:pPr>
        <w:ind w:left="255" w:hanging="198"/>
      </w:pPr>
      <w:r>
        <w:t>• unpersönliche Verleihung ohne angemessene Laudatio</w:t>
      </w:r>
    </w:p>
    <w:p w14:paraId="5E11E473" w14:textId="77777777" w:rsidR="00D700B7" w:rsidRDefault="00000000">
      <w:pPr>
        <w:pStyle w:val="Kapitel"/>
      </w:pPr>
      <w:r>
        <w:t>2. Rechtsgrundlagen und Zuständigkeiten</w:t>
      </w:r>
    </w:p>
    <w:p w14:paraId="6F75EB1D" w14:textId="77777777" w:rsidR="00D700B7" w:rsidRDefault="00000000">
      <w:r>
        <w:t>Das Ehrungswesen beruht auf verbindlichen Regelwerken. Die bundesweite Ehrungsordnung wird durch landesverbandliche Bestimmungen und Verfahrensregeln ergänzt. Ein Anspruch auf eine Ehrung besteht nicht; die Verleihung bleibt eine Ermessensentscheidung der zuständigen Stelle.</w:t>
      </w:r>
    </w:p>
    <w:p w14:paraId="19C9A17D" w14:textId="77777777" w:rsidR="00D700B7" w:rsidRDefault="00000000">
      <w:pPr>
        <w:pStyle w:val="Abschnitt"/>
      </w:pPr>
      <w:r>
        <w:t>Hierarchie und Aufgaben</w:t>
      </w:r>
    </w:p>
    <w:tbl>
      <w:tblPr>
        <w:tblStyle w:val="Tabellenraster"/>
        <w:tblW w:w="0" w:type="auto"/>
        <w:jc w:val="center"/>
        <w:tblLook w:val="04A0" w:firstRow="1" w:lastRow="0" w:firstColumn="1" w:lastColumn="0" w:noHBand="0" w:noVBand="1"/>
      </w:tblPr>
      <w:tblGrid>
        <w:gridCol w:w="1701"/>
        <w:gridCol w:w="7540"/>
      </w:tblGrid>
      <w:tr w:rsidR="00D700B7" w14:paraId="447441DA" w14:textId="77777777">
        <w:trPr>
          <w:jc w:val="center"/>
        </w:trPr>
        <w:tc>
          <w:tcPr>
            <w:tcW w:w="1701" w:type="dxa"/>
            <w:shd w:val="clear" w:color="auto" w:fill="003B6F"/>
            <w:vAlign w:val="center"/>
          </w:tcPr>
          <w:p w14:paraId="6744E5E4" w14:textId="77777777" w:rsidR="00D700B7" w:rsidRDefault="00000000">
            <w:r>
              <w:rPr>
                <w:b/>
                <w:color w:val="FFFFFF"/>
                <w:sz w:val="16"/>
              </w:rPr>
              <w:t>Ebene</w:t>
            </w:r>
          </w:p>
        </w:tc>
        <w:tc>
          <w:tcPr>
            <w:tcW w:w="7540" w:type="dxa"/>
            <w:shd w:val="clear" w:color="auto" w:fill="003B6F"/>
            <w:vAlign w:val="center"/>
          </w:tcPr>
          <w:p w14:paraId="59343F7B" w14:textId="77777777" w:rsidR="00D700B7" w:rsidRDefault="00000000">
            <w:r>
              <w:rPr>
                <w:b/>
                <w:color w:val="FFFFFF"/>
                <w:sz w:val="16"/>
              </w:rPr>
              <w:t>Kernaufgaben</w:t>
            </w:r>
          </w:p>
        </w:tc>
      </w:tr>
      <w:tr w:rsidR="00D700B7" w14:paraId="6CBA21A4" w14:textId="77777777">
        <w:trPr>
          <w:jc w:val="center"/>
        </w:trPr>
        <w:tc>
          <w:tcPr>
            <w:tcW w:w="1701" w:type="dxa"/>
            <w:tcMar>
              <w:top w:w="60" w:type="dxa"/>
              <w:left w:w="80" w:type="dxa"/>
              <w:bottom w:w="60" w:type="dxa"/>
              <w:right w:w="80" w:type="dxa"/>
            </w:tcMar>
          </w:tcPr>
          <w:p w14:paraId="3B0F1ED0" w14:textId="18DD2645" w:rsidR="00D700B7" w:rsidRDefault="00FE3D52">
            <w:pPr>
              <w:spacing w:after="0"/>
            </w:pPr>
            <w:proofErr w:type="spellStart"/>
            <w:r>
              <w:rPr>
                <w:sz w:val="16"/>
              </w:rPr>
              <w:t>Ortsverein</w:t>
            </w:r>
            <w:proofErr w:type="spellEnd"/>
          </w:p>
        </w:tc>
        <w:tc>
          <w:tcPr>
            <w:tcW w:w="7540" w:type="dxa"/>
            <w:tcMar>
              <w:top w:w="60" w:type="dxa"/>
              <w:left w:w="80" w:type="dxa"/>
              <w:bottom w:w="60" w:type="dxa"/>
              <w:right w:w="80" w:type="dxa"/>
            </w:tcMar>
          </w:tcPr>
          <w:p w14:paraId="4E1DEA80" w14:textId="77777777" w:rsidR="00D700B7" w:rsidRDefault="00000000">
            <w:pPr>
              <w:spacing w:after="0"/>
            </w:pPr>
            <w:r>
              <w:rPr>
                <w:sz w:val="16"/>
              </w:rPr>
              <w:t>Kandidaten erkennen, Leistungen dokumentieren, Anträge vorbereiten, Ehrungen durchführen.</w:t>
            </w:r>
          </w:p>
        </w:tc>
      </w:tr>
      <w:tr w:rsidR="00D700B7" w14:paraId="6950B63A" w14:textId="77777777">
        <w:trPr>
          <w:jc w:val="center"/>
        </w:trPr>
        <w:tc>
          <w:tcPr>
            <w:tcW w:w="1701" w:type="dxa"/>
            <w:shd w:val="clear" w:color="auto" w:fill="F3F7FA"/>
            <w:tcMar>
              <w:top w:w="60" w:type="dxa"/>
              <w:left w:w="80" w:type="dxa"/>
              <w:bottom w:w="60" w:type="dxa"/>
              <w:right w:w="80" w:type="dxa"/>
            </w:tcMar>
          </w:tcPr>
          <w:p w14:paraId="3BA9750F" w14:textId="31394C8F" w:rsidR="00D700B7" w:rsidRDefault="00FE3D52">
            <w:pPr>
              <w:spacing w:after="0"/>
            </w:pPr>
            <w:r>
              <w:rPr>
                <w:sz w:val="16"/>
              </w:rPr>
              <w:t>Kreis</w:t>
            </w:r>
          </w:p>
        </w:tc>
        <w:tc>
          <w:tcPr>
            <w:tcW w:w="7540" w:type="dxa"/>
            <w:shd w:val="clear" w:color="auto" w:fill="F3F7FA"/>
            <w:tcMar>
              <w:top w:w="60" w:type="dxa"/>
              <w:left w:w="80" w:type="dxa"/>
              <w:bottom w:w="60" w:type="dxa"/>
              <w:right w:w="80" w:type="dxa"/>
            </w:tcMar>
          </w:tcPr>
          <w:p w14:paraId="6EFC8A40" w14:textId="77777777" w:rsidR="00D700B7" w:rsidRDefault="00000000">
            <w:pPr>
              <w:spacing w:after="0"/>
            </w:pPr>
            <w:r>
              <w:rPr>
                <w:sz w:val="16"/>
              </w:rPr>
              <w:t>Anträge prüfen, fachlich bewerten und qualitätsgesichert weiterleiten.</w:t>
            </w:r>
          </w:p>
        </w:tc>
      </w:tr>
      <w:tr w:rsidR="00D700B7" w14:paraId="326E0226" w14:textId="77777777">
        <w:trPr>
          <w:jc w:val="center"/>
        </w:trPr>
        <w:tc>
          <w:tcPr>
            <w:tcW w:w="1701" w:type="dxa"/>
            <w:tcMar>
              <w:top w:w="60" w:type="dxa"/>
              <w:left w:w="80" w:type="dxa"/>
              <w:bottom w:w="60" w:type="dxa"/>
              <w:right w:w="80" w:type="dxa"/>
            </w:tcMar>
          </w:tcPr>
          <w:p w14:paraId="586BCE5F" w14:textId="77777777" w:rsidR="00D700B7" w:rsidRDefault="00000000">
            <w:pPr>
              <w:spacing w:after="0"/>
            </w:pPr>
            <w:r>
              <w:rPr>
                <w:sz w:val="16"/>
              </w:rPr>
              <w:t>Landesverband</w:t>
            </w:r>
          </w:p>
        </w:tc>
        <w:tc>
          <w:tcPr>
            <w:tcW w:w="7540" w:type="dxa"/>
            <w:tcMar>
              <w:top w:w="60" w:type="dxa"/>
              <w:left w:w="80" w:type="dxa"/>
              <w:bottom w:w="60" w:type="dxa"/>
              <w:right w:w="80" w:type="dxa"/>
            </w:tcMar>
          </w:tcPr>
          <w:p w14:paraId="3AD903A7" w14:textId="77777777" w:rsidR="00D700B7" w:rsidRDefault="00000000">
            <w:pPr>
              <w:spacing w:after="0"/>
            </w:pPr>
            <w:r>
              <w:rPr>
                <w:sz w:val="16"/>
              </w:rPr>
              <w:t>Anträge bearbeiten, landesverbandliche Ehrungen entscheiden bzw. verleihen und einheitliche Maßstäbe sichern.</w:t>
            </w:r>
          </w:p>
        </w:tc>
      </w:tr>
      <w:tr w:rsidR="00D700B7" w14:paraId="282B1DEF" w14:textId="77777777">
        <w:trPr>
          <w:jc w:val="center"/>
        </w:trPr>
        <w:tc>
          <w:tcPr>
            <w:tcW w:w="1701" w:type="dxa"/>
            <w:shd w:val="clear" w:color="auto" w:fill="F3F7FA"/>
            <w:tcMar>
              <w:top w:w="60" w:type="dxa"/>
              <w:left w:w="80" w:type="dxa"/>
              <w:bottom w:w="60" w:type="dxa"/>
              <w:right w:w="80" w:type="dxa"/>
            </w:tcMar>
          </w:tcPr>
          <w:p w14:paraId="41553589" w14:textId="77777777" w:rsidR="00D700B7" w:rsidRDefault="00000000">
            <w:pPr>
              <w:spacing w:after="0"/>
            </w:pPr>
            <w:r>
              <w:rPr>
                <w:sz w:val="16"/>
              </w:rPr>
              <w:t>Bundesverband</w:t>
            </w:r>
          </w:p>
        </w:tc>
        <w:tc>
          <w:tcPr>
            <w:tcW w:w="7540" w:type="dxa"/>
            <w:shd w:val="clear" w:color="auto" w:fill="F3F7FA"/>
            <w:tcMar>
              <w:top w:w="60" w:type="dxa"/>
              <w:left w:w="80" w:type="dxa"/>
              <w:bottom w:w="60" w:type="dxa"/>
              <w:right w:w="80" w:type="dxa"/>
            </w:tcMar>
          </w:tcPr>
          <w:p w14:paraId="7CF3986A" w14:textId="77777777" w:rsidR="00D700B7" w:rsidRDefault="00000000">
            <w:pPr>
              <w:spacing w:after="0"/>
            </w:pPr>
            <w:r>
              <w:rPr>
                <w:sz w:val="16"/>
              </w:rPr>
              <w:t>Bundesweite und besonders hochrangige Ehrungen nach der Ehrungsordnung entscheiden.</w:t>
            </w:r>
          </w:p>
        </w:tc>
      </w:tr>
      <w:tr w:rsidR="00D700B7" w14:paraId="42433DA8" w14:textId="77777777">
        <w:trPr>
          <w:jc w:val="center"/>
        </w:trPr>
        <w:tc>
          <w:tcPr>
            <w:tcW w:w="1701" w:type="dxa"/>
            <w:tcMar>
              <w:top w:w="60" w:type="dxa"/>
              <w:left w:w="80" w:type="dxa"/>
              <w:bottom w:w="60" w:type="dxa"/>
              <w:right w:w="80" w:type="dxa"/>
            </w:tcMar>
          </w:tcPr>
          <w:p w14:paraId="19282461" w14:textId="77777777" w:rsidR="00D700B7" w:rsidRDefault="00000000">
            <w:pPr>
              <w:spacing w:after="0"/>
            </w:pPr>
            <w:r>
              <w:rPr>
                <w:sz w:val="16"/>
              </w:rPr>
              <w:t>Ehrungsausschuss</w:t>
            </w:r>
          </w:p>
        </w:tc>
        <w:tc>
          <w:tcPr>
            <w:tcW w:w="7540" w:type="dxa"/>
            <w:tcMar>
              <w:top w:w="60" w:type="dxa"/>
              <w:left w:w="80" w:type="dxa"/>
              <w:bottom w:w="60" w:type="dxa"/>
              <w:right w:w="80" w:type="dxa"/>
            </w:tcMar>
          </w:tcPr>
          <w:p w14:paraId="34086CD0" w14:textId="77777777" w:rsidR="00D700B7" w:rsidRDefault="00000000">
            <w:pPr>
              <w:spacing w:after="0"/>
            </w:pPr>
            <w:r>
              <w:rPr>
                <w:sz w:val="16"/>
              </w:rPr>
              <w:t>Verdienste prüfen, Maßstäbe vereinheitlichen und Entscheidungen vorbereiten bzw. treffen, soweit vorgesehen.</w:t>
            </w:r>
          </w:p>
        </w:tc>
      </w:tr>
    </w:tbl>
    <w:p w14:paraId="28A1248F" w14:textId="77777777" w:rsidR="00D700B7" w:rsidRDefault="00D700B7">
      <w:pPr>
        <w:spacing w:after="0"/>
      </w:pPr>
    </w:p>
    <w:p w14:paraId="49044336" w14:textId="77777777" w:rsidR="00D700B7" w:rsidRDefault="00000000">
      <w:pPr>
        <w:pStyle w:val="Abschnitt"/>
      </w:pPr>
      <w:r>
        <w:t>Dokumentationspflicht</w:t>
      </w:r>
    </w:p>
    <w:p w14:paraId="43935079" w14:textId="77777777" w:rsidR="00D700B7" w:rsidRDefault="00000000">
      <w:r>
        <w:t>Erfasst werden sollten mindestens Mitgliedsdaten, Eintrittsdatum, Funktionen und Zeiträume, Qualifikationen, Tätigkeitsfelder, Dienst- und Einsatzleistungen, Projekte, Führungsaufgaben, Ergebnisse, Innovationen und bereits verliehene Ehrungen.</w:t>
      </w:r>
    </w:p>
    <w:p w14:paraId="05831457" w14:textId="77777777" w:rsidR="00D700B7" w:rsidRDefault="00000000">
      <w:pPr>
        <w:pStyle w:val="Kapitel"/>
      </w:pPr>
      <w:r>
        <w:t>3. Ehrungssystem und Auswahl</w:t>
      </w:r>
    </w:p>
    <w:tbl>
      <w:tblPr>
        <w:tblStyle w:val="Tabellenraster"/>
        <w:tblW w:w="0" w:type="auto"/>
        <w:jc w:val="center"/>
        <w:tblLook w:val="04A0" w:firstRow="1" w:lastRow="0" w:firstColumn="1" w:lastColumn="0" w:noHBand="0" w:noVBand="1"/>
      </w:tblPr>
      <w:tblGrid>
        <w:gridCol w:w="2429"/>
        <w:gridCol w:w="2948"/>
        <w:gridCol w:w="4252"/>
      </w:tblGrid>
      <w:tr w:rsidR="00D700B7" w14:paraId="4D2FEC4F" w14:textId="77777777">
        <w:trPr>
          <w:jc w:val="center"/>
        </w:trPr>
        <w:tc>
          <w:tcPr>
            <w:tcW w:w="2041" w:type="dxa"/>
            <w:shd w:val="clear" w:color="auto" w:fill="003B6F"/>
            <w:vAlign w:val="center"/>
          </w:tcPr>
          <w:p w14:paraId="10B0140B" w14:textId="77777777" w:rsidR="00D700B7" w:rsidRDefault="00000000">
            <w:r>
              <w:rPr>
                <w:b/>
                <w:color w:val="FFFFFF"/>
                <w:sz w:val="16"/>
              </w:rPr>
              <w:t>Gruppe</w:t>
            </w:r>
          </w:p>
        </w:tc>
        <w:tc>
          <w:tcPr>
            <w:tcW w:w="2948" w:type="dxa"/>
            <w:shd w:val="clear" w:color="auto" w:fill="003B6F"/>
            <w:vAlign w:val="center"/>
          </w:tcPr>
          <w:p w14:paraId="4DFD9395" w14:textId="77777777" w:rsidR="00D700B7" w:rsidRDefault="00000000">
            <w:r>
              <w:rPr>
                <w:b/>
                <w:color w:val="FFFFFF"/>
                <w:sz w:val="16"/>
              </w:rPr>
              <w:t>Würdigt</w:t>
            </w:r>
          </w:p>
        </w:tc>
        <w:tc>
          <w:tcPr>
            <w:tcW w:w="4252" w:type="dxa"/>
            <w:shd w:val="clear" w:color="auto" w:fill="003B6F"/>
            <w:vAlign w:val="center"/>
          </w:tcPr>
          <w:p w14:paraId="14138DB4" w14:textId="77777777" w:rsidR="00D700B7" w:rsidRDefault="00000000">
            <w:r>
              <w:rPr>
                <w:b/>
                <w:color w:val="FFFFFF"/>
                <w:sz w:val="16"/>
              </w:rPr>
              <w:t>Beispiele</w:t>
            </w:r>
          </w:p>
        </w:tc>
      </w:tr>
      <w:tr w:rsidR="00D700B7" w14:paraId="1EB3A4AD" w14:textId="77777777">
        <w:trPr>
          <w:jc w:val="center"/>
        </w:trPr>
        <w:tc>
          <w:tcPr>
            <w:tcW w:w="2041" w:type="dxa"/>
            <w:tcMar>
              <w:top w:w="60" w:type="dxa"/>
              <w:left w:w="80" w:type="dxa"/>
              <w:bottom w:w="60" w:type="dxa"/>
              <w:right w:w="80" w:type="dxa"/>
            </w:tcMar>
          </w:tcPr>
          <w:p w14:paraId="42897C33" w14:textId="77777777" w:rsidR="00D700B7" w:rsidRDefault="00000000">
            <w:pPr>
              <w:spacing w:after="0"/>
            </w:pPr>
            <w:r>
              <w:rPr>
                <w:sz w:val="16"/>
              </w:rPr>
              <w:t>Mitgliedschaftsehrungen</w:t>
            </w:r>
          </w:p>
        </w:tc>
        <w:tc>
          <w:tcPr>
            <w:tcW w:w="2948" w:type="dxa"/>
            <w:tcMar>
              <w:top w:w="60" w:type="dxa"/>
              <w:left w:w="80" w:type="dxa"/>
              <w:bottom w:w="60" w:type="dxa"/>
              <w:right w:w="80" w:type="dxa"/>
            </w:tcMar>
          </w:tcPr>
          <w:p w14:paraId="2F6E80C7" w14:textId="77777777" w:rsidR="00D700B7" w:rsidRDefault="00000000">
            <w:pPr>
              <w:spacing w:after="0"/>
            </w:pPr>
            <w:r>
              <w:rPr>
                <w:sz w:val="16"/>
              </w:rPr>
              <w:t>langjährige Verbundenheit</w:t>
            </w:r>
          </w:p>
        </w:tc>
        <w:tc>
          <w:tcPr>
            <w:tcW w:w="4252" w:type="dxa"/>
            <w:tcMar>
              <w:top w:w="60" w:type="dxa"/>
              <w:left w:w="80" w:type="dxa"/>
              <w:bottom w:w="60" w:type="dxa"/>
              <w:right w:w="80" w:type="dxa"/>
            </w:tcMar>
          </w:tcPr>
          <w:p w14:paraId="3D4F1A60" w14:textId="77777777" w:rsidR="00D700B7" w:rsidRDefault="00000000">
            <w:pPr>
              <w:spacing w:after="0"/>
            </w:pPr>
            <w:r>
              <w:rPr>
                <w:sz w:val="16"/>
              </w:rPr>
              <w:t>Mitgliedsehrenzeichen</w:t>
            </w:r>
          </w:p>
        </w:tc>
      </w:tr>
      <w:tr w:rsidR="00D700B7" w14:paraId="5E83B786" w14:textId="77777777">
        <w:trPr>
          <w:jc w:val="center"/>
        </w:trPr>
        <w:tc>
          <w:tcPr>
            <w:tcW w:w="2041" w:type="dxa"/>
            <w:shd w:val="clear" w:color="auto" w:fill="F3F7FA"/>
            <w:tcMar>
              <w:top w:w="60" w:type="dxa"/>
              <w:left w:w="80" w:type="dxa"/>
              <w:bottom w:w="60" w:type="dxa"/>
              <w:right w:w="80" w:type="dxa"/>
            </w:tcMar>
          </w:tcPr>
          <w:p w14:paraId="6CC1457B" w14:textId="77777777" w:rsidR="00D700B7" w:rsidRDefault="00000000">
            <w:pPr>
              <w:spacing w:after="0"/>
            </w:pPr>
            <w:r>
              <w:rPr>
                <w:sz w:val="16"/>
              </w:rPr>
              <w:t>Verdienstauszeichnungen</w:t>
            </w:r>
          </w:p>
        </w:tc>
        <w:tc>
          <w:tcPr>
            <w:tcW w:w="2948" w:type="dxa"/>
            <w:shd w:val="clear" w:color="auto" w:fill="F3F7FA"/>
            <w:tcMar>
              <w:top w:w="60" w:type="dxa"/>
              <w:left w:w="80" w:type="dxa"/>
              <w:bottom w:w="60" w:type="dxa"/>
              <w:right w:w="80" w:type="dxa"/>
            </w:tcMar>
          </w:tcPr>
          <w:p w14:paraId="4D936835" w14:textId="77777777" w:rsidR="00D700B7" w:rsidRDefault="00000000">
            <w:pPr>
              <w:spacing w:after="0"/>
            </w:pPr>
            <w:r>
              <w:rPr>
                <w:sz w:val="16"/>
              </w:rPr>
              <w:t>aktive, besondere oder herausragende Mitarbeit</w:t>
            </w:r>
          </w:p>
        </w:tc>
        <w:tc>
          <w:tcPr>
            <w:tcW w:w="4252" w:type="dxa"/>
            <w:shd w:val="clear" w:color="auto" w:fill="F3F7FA"/>
            <w:tcMar>
              <w:top w:w="60" w:type="dxa"/>
              <w:left w:w="80" w:type="dxa"/>
              <w:bottom w:w="60" w:type="dxa"/>
              <w:right w:w="80" w:type="dxa"/>
            </w:tcMar>
          </w:tcPr>
          <w:p w14:paraId="2B11A215" w14:textId="77777777" w:rsidR="00D700B7" w:rsidRDefault="00000000">
            <w:pPr>
              <w:spacing w:after="0"/>
            </w:pPr>
            <w:r>
              <w:rPr>
                <w:sz w:val="16"/>
              </w:rPr>
              <w:t>Bronze, Silber, Gold, Gold mit Brillant</w:t>
            </w:r>
          </w:p>
        </w:tc>
      </w:tr>
      <w:tr w:rsidR="00D700B7" w14:paraId="46DB0783" w14:textId="77777777">
        <w:trPr>
          <w:jc w:val="center"/>
        </w:trPr>
        <w:tc>
          <w:tcPr>
            <w:tcW w:w="2041" w:type="dxa"/>
            <w:tcMar>
              <w:top w:w="60" w:type="dxa"/>
              <w:left w:w="80" w:type="dxa"/>
              <w:bottom w:w="60" w:type="dxa"/>
              <w:right w:w="80" w:type="dxa"/>
            </w:tcMar>
          </w:tcPr>
          <w:p w14:paraId="7E247CD9" w14:textId="77777777" w:rsidR="00D700B7" w:rsidRDefault="00000000">
            <w:pPr>
              <w:spacing w:after="0"/>
            </w:pPr>
            <w:r>
              <w:rPr>
                <w:sz w:val="16"/>
              </w:rPr>
              <w:t>Lebensrettungsauszeichnungen</w:t>
            </w:r>
          </w:p>
        </w:tc>
        <w:tc>
          <w:tcPr>
            <w:tcW w:w="2948" w:type="dxa"/>
            <w:tcMar>
              <w:top w:w="60" w:type="dxa"/>
              <w:left w:w="80" w:type="dxa"/>
              <w:bottom w:w="60" w:type="dxa"/>
              <w:right w:w="80" w:type="dxa"/>
            </w:tcMar>
          </w:tcPr>
          <w:p w14:paraId="58D6839F" w14:textId="77777777" w:rsidR="00D700B7" w:rsidRDefault="00000000">
            <w:pPr>
              <w:spacing w:after="0"/>
            </w:pPr>
            <w:r>
              <w:rPr>
                <w:sz w:val="16"/>
              </w:rPr>
              <w:t>konkrete erfolgreiche Rettungstat</w:t>
            </w:r>
          </w:p>
        </w:tc>
        <w:tc>
          <w:tcPr>
            <w:tcW w:w="4252" w:type="dxa"/>
            <w:tcMar>
              <w:top w:w="60" w:type="dxa"/>
              <w:left w:w="80" w:type="dxa"/>
              <w:bottom w:w="60" w:type="dxa"/>
              <w:right w:w="80" w:type="dxa"/>
            </w:tcMar>
          </w:tcPr>
          <w:p w14:paraId="38844F17" w14:textId="77777777" w:rsidR="00D700B7" w:rsidRDefault="00000000">
            <w:pPr>
              <w:spacing w:after="0"/>
            </w:pPr>
            <w:r>
              <w:rPr>
                <w:sz w:val="16"/>
              </w:rPr>
              <w:t>Rettungsmedaille der DLRG</w:t>
            </w:r>
          </w:p>
        </w:tc>
      </w:tr>
      <w:tr w:rsidR="00D700B7" w14:paraId="24C9267B" w14:textId="77777777">
        <w:trPr>
          <w:jc w:val="center"/>
        </w:trPr>
        <w:tc>
          <w:tcPr>
            <w:tcW w:w="2041" w:type="dxa"/>
            <w:shd w:val="clear" w:color="auto" w:fill="F3F7FA"/>
            <w:tcMar>
              <w:top w:w="60" w:type="dxa"/>
              <w:left w:w="80" w:type="dxa"/>
              <w:bottom w:w="60" w:type="dxa"/>
              <w:right w:w="80" w:type="dxa"/>
            </w:tcMar>
          </w:tcPr>
          <w:p w14:paraId="5BBC047B" w14:textId="77777777" w:rsidR="00D700B7" w:rsidRDefault="00000000">
            <w:pPr>
              <w:spacing w:after="0"/>
            </w:pPr>
            <w:r>
              <w:rPr>
                <w:sz w:val="16"/>
              </w:rPr>
              <w:lastRenderedPageBreak/>
              <w:t>Landesverbandliche Ehrungen</w:t>
            </w:r>
          </w:p>
        </w:tc>
        <w:tc>
          <w:tcPr>
            <w:tcW w:w="2948" w:type="dxa"/>
            <w:shd w:val="clear" w:color="auto" w:fill="F3F7FA"/>
            <w:tcMar>
              <w:top w:w="60" w:type="dxa"/>
              <w:left w:w="80" w:type="dxa"/>
              <w:bottom w:w="60" w:type="dxa"/>
              <w:right w:w="80" w:type="dxa"/>
            </w:tcMar>
          </w:tcPr>
          <w:p w14:paraId="5704BEFF" w14:textId="77777777" w:rsidR="00D700B7" w:rsidRDefault="00000000">
            <w:pPr>
              <w:spacing w:after="0"/>
            </w:pPr>
            <w:r>
              <w:rPr>
                <w:sz w:val="16"/>
              </w:rPr>
              <w:t>besondere Verdienste für die DLRG Schleswig-Holstein</w:t>
            </w:r>
          </w:p>
        </w:tc>
        <w:tc>
          <w:tcPr>
            <w:tcW w:w="4252" w:type="dxa"/>
            <w:shd w:val="clear" w:color="auto" w:fill="F3F7FA"/>
            <w:tcMar>
              <w:top w:w="60" w:type="dxa"/>
              <w:left w:w="80" w:type="dxa"/>
              <w:bottom w:w="60" w:type="dxa"/>
              <w:right w:w="80" w:type="dxa"/>
            </w:tcMar>
          </w:tcPr>
          <w:p w14:paraId="6C200E15" w14:textId="77777777" w:rsidR="00D700B7" w:rsidRDefault="00000000">
            <w:pPr>
              <w:spacing w:after="0"/>
            </w:pPr>
            <w:r>
              <w:rPr>
                <w:sz w:val="16"/>
              </w:rPr>
              <w:t>Ehrenurkunde, Ehrenplakette</w:t>
            </w:r>
          </w:p>
        </w:tc>
      </w:tr>
      <w:tr w:rsidR="00D700B7" w14:paraId="2259B6D6" w14:textId="77777777">
        <w:trPr>
          <w:jc w:val="center"/>
        </w:trPr>
        <w:tc>
          <w:tcPr>
            <w:tcW w:w="2041" w:type="dxa"/>
            <w:tcMar>
              <w:top w:w="60" w:type="dxa"/>
              <w:left w:w="80" w:type="dxa"/>
              <w:bottom w:w="60" w:type="dxa"/>
              <w:right w:w="80" w:type="dxa"/>
            </w:tcMar>
          </w:tcPr>
          <w:p w14:paraId="53D5F10F" w14:textId="77777777" w:rsidR="00D700B7" w:rsidRDefault="00000000">
            <w:pPr>
              <w:spacing w:after="0"/>
            </w:pPr>
            <w:r>
              <w:rPr>
                <w:sz w:val="16"/>
              </w:rPr>
              <w:t>Staatliche Ehrungen</w:t>
            </w:r>
          </w:p>
        </w:tc>
        <w:tc>
          <w:tcPr>
            <w:tcW w:w="2948" w:type="dxa"/>
            <w:tcMar>
              <w:top w:w="60" w:type="dxa"/>
              <w:left w:w="80" w:type="dxa"/>
              <w:bottom w:w="60" w:type="dxa"/>
              <w:right w:w="80" w:type="dxa"/>
            </w:tcMar>
          </w:tcPr>
          <w:p w14:paraId="518DA504" w14:textId="77777777" w:rsidR="00D700B7" w:rsidRDefault="00000000">
            <w:pPr>
              <w:spacing w:after="0"/>
            </w:pPr>
            <w:r>
              <w:rPr>
                <w:sz w:val="16"/>
              </w:rPr>
              <w:t>herausragendes gesellschaftliches oder rettendes Handeln</w:t>
            </w:r>
          </w:p>
        </w:tc>
        <w:tc>
          <w:tcPr>
            <w:tcW w:w="4252" w:type="dxa"/>
            <w:tcMar>
              <w:top w:w="60" w:type="dxa"/>
              <w:left w:w="80" w:type="dxa"/>
              <w:bottom w:w="60" w:type="dxa"/>
              <w:right w:w="80" w:type="dxa"/>
            </w:tcMar>
          </w:tcPr>
          <w:p w14:paraId="420058C1" w14:textId="77777777" w:rsidR="00D700B7" w:rsidRDefault="00000000">
            <w:pPr>
              <w:spacing w:after="0"/>
            </w:pPr>
            <w:r>
              <w:rPr>
                <w:sz w:val="16"/>
              </w:rPr>
              <w:t>Landesauszeichnungen, Bundesverdienstorden</w:t>
            </w:r>
          </w:p>
        </w:tc>
      </w:tr>
    </w:tbl>
    <w:p w14:paraId="66C7F799" w14:textId="77777777" w:rsidR="00D700B7" w:rsidRDefault="00D700B7">
      <w:pPr>
        <w:spacing w:after="0"/>
      </w:pPr>
    </w:p>
    <w:p w14:paraId="207289D7" w14:textId="77777777" w:rsidR="00D700B7" w:rsidRDefault="00000000">
      <w:pPr>
        <w:pStyle w:val="Abschnitt"/>
      </w:pPr>
      <w:r>
        <w:t>Auswahlkriterien</w:t>
      </w:r>
    </w:p>
    <w:tbl>
      <w:tblPr>
        <w:tblStyle w:val="Tabellenraster"/>
        <w:tblW w:w="0" w:type="auto"/>
        <w:jc w:val="center"/>
        <w:tblLook w:val="04A0" w:firstRow="1" w:lastRow="0" w:firstColumn="1" w:lastColumn="0" w:noHBand="0" w:noVBand="1"/>
      </w:tblPr>
      <w:tblGrid>
        <w:gridCol w:w="1814"/>
        <w:gridCol w:w="7654"/>
      </w:tblGrid>
      <w:tr w:rsidR="00D700B7" w14:paraId="43D52BC9" w14:textId="77777777">
        <w:trPr>
          <w:jc w:val="center"/>
        </w:trPr>
        <w:tc>
          <w:tcPr>
            <w:tcW w:w="1814" w:type="dxa"/>
            <w:shd w:val="clear" w:color="auto" w:fill="003B6F"/>
            <w:vAlign w:val="center"/>
          </w:tcPr>
          <w:p w14:paraId="651ECE1A" w14:textId="77777777" w:rsidR="00D700B7" w:rsidRDefault="00000000">
            <w:r>
              <w:rPr>
                <w:b/>
                <w:color w:val="FFFFFF"/>
                <w:sz w:val="16"/>
              </w:rPr>
              <w:t>Kriterium</w:t>
            </w:r>
          </w:p>
        </w:tc>
        <w:tc>
          <w:tcPr>
            <w:tcW w:w="7654" w:type="dxa"/>
            <w:shd w:val="clear" w:color="auto" w:fill="003B6F"/>
            <w:vAlign w:val="center"/>
          </w:tcPr>
          <w:p w14:paraId="69D5A2D8" w14:textId="77777777" w:rsidR="00D700B7" w:rsidRDefault="00000000">
            <w:r>
              <w:rPr>
                <w:b/>
                <w:color w:val="FFFFFF"/>
                <w:sz w:val="16"/>
              </w:rPr>
              <w:t>Leitfrage</w:t>
            </w:r>
          </w:p>
        </w:tc>
      </w:tr>
      <w:tr w:rsidR="00D700B7" w14:paraId="4C1BD415" w14:textId="77777777">
        <w:trPr>
          <w:jc w:val="center"/>
        </w:trPr>
        <w:tc>
          <w:tcPr>
            <w:tcW w:w="1814" w:type="dxa"/>
            <w:tcMar>
              <w:top w:w="60" w:type="dxa"/>
              <w:left w:w="80" w:type="dxa"/>
              <w:bottom w:w="60" w:type="dxa"/>
              <w:right w:w="80" w:type="dxa"/>
            </w:tcMar>
          </w:tcPr>
          <w:p w14:paraId="63FD8666" w14:textId="77777777" w:rsidR="00D700B7" w:rsidRDefault="00000000">
            <w:pPr>
              <w:spacing w:after="0"/>
            </w:pPr>
            <w:r>
              <w:rPr>
                <w:sz w:val="16"/>
              </w:rPr>
              <w:t>Dauer</w:t>
            </w:r>
          </w:p>
        </w:tc>
        <w:tc>
          <w:tcPr>
            <w:tcW w:w="7654" w:type="dxa"/>
            <w:tcMar>
              <w:top w:w="60" w:type="dxa"/>
              <w:left w:w="80" w:type="dxa"/>
              <w:bottom w:w="60" w:type="dxa"/>
              <w:right w:w="80" w:type="dxa"/>
            </w:tcMar>
          </w:tcPr>
          <w:p w14:paraId="1019E2BB" w14:textId="77777777" w:rsidR="00D700B7" w:rsidRDefault="00000000">
            <w:pPr>
              <w:spacing w:after="0"/>
            </w:pPr>
            <w:r>
              <w:rPr>
                <w:sz w:val="16"/>
              </w:rPr>
              <w:t>Wie lange besteht aktive oder fördernde Tätigkeit?</w:t>
            </w:r>
          </w:p>
        </w:tc>
      </w:tr>
      <w:tr w:rsidR="00D700B7" w14:paraId="591C367A" w14:textId="77777777">
        <w:trPr>
          <w:jc w:val="center"/>
        </w:trPr>
        <w:tc>
          <w:tcPr>
            <w:tcW w:w="1814" w:type="dxa"/>
            <w:shd w:val="clear" w:color="auto" w:fill="F3F7FA"/>
            <w:tcMar>
              <w:top w:w="60" w:type="dxa"/>
              <w:left w:w="80" w:type="dxa"/>
              <w:bottom w:w="60" w:type="dxa"/>
              <w:right w:w="80" w:type="dxa"/>
            </w:tcMar>
          </w:tcPr>
          <w:p w14:paraId="62A413A7" w14:textId="77777777" w:rsidR="00D700B7" w:rsidRDefault="00000000">
            <w:pPr>
              <w:spacing w:after="0"/>
            </w:pPr>
            <w:r>
              <w:rPr>
                <w:sz w:val="16"/>
              </w:rPr>
              <w:t>Intensität</w:t>
            </w:r>
          </w:p>
        </w:tc>
        <w:tc>
          <w:tcPr>
            <w:tcW w:w="7654" w:type="dxa"/>
            <w:shd w:val="clear" w:color="auto" w:fill="F3F7FA"/>
            <w:tcMar>
              <w:top w:w="60" w:type="dxa"/>
              <w:left w:w="80" w:type="dxa"/>
              <w:bottom w:w="60" w:type="dxa"/>
              <w:right w:w="80" w:type="dxa"/>
            </w:tcMar>
          </w:tcPr>
          <w:p w14:paraId="4B92C855" w14:textId="77777777" w:rsidR="00D700B7" w:rsidRDefault="00000000">
            <w:pPr>
              <w:spacing w:after="0"/>
            </w:pPr>
            <w:r>
              <w:rPr>
                <w:sz w:val="16"/>
              </w:rPr>
              <w:t>Wie regelmäßig und umfangreich war das Engagement?</w:t>
            </w:r>
          </w:p>
        </w:tc>
      </w:tr>
      <w:tr w:rsidR="00D700B7" w14:paraId="0B97BEE5" w14:textId="77777777">
        <w:trPr>
          <w:jc w:val="center"/>
        </w:trPr>
        <w:tc>
          <w:tcPr>
            <w:tcW w:w="1814" w:type="dxa"/>
            <w:tcMar>
              <w:top w:w="60" w:type="dxa"/>
              <w:left w:w="80" w:type="dxa"/>
              <w:bottom w:w="60" w:type="dxa"/>
              <w:right w:w="80" w:type="dxa"/>
            </w:tcMar>
          </w:tcPr>
          <w:p w14:paraId="2A62B8BE" w14:textId="77777777" w:rsidR="00D700B7" w:rsidRDefault="00000000">
            <w:pPr>
              <w:spacing w:after="0"/>
            </w:pPr>
            <w:r>
              <w:rPr>
                <w:sz w:val="16"/>
              </w:rPr>
              <w:t>Verantwortung</w:t>
            </w:r>
          </w:p>
        </w:tc>
        <w:tc>
          <w:tcPr>
            <w:tcW w:w="7654" w:type="dxa"/>
            <w:tcMar>
              <w:top w:w="60" w:type="dxa"/>
              <w:left w:w="80" w:type="dxa"/>
              <w:bottom w:w="60" w:type="dxa"/>
              <w:right w:w="80" w:type="dxa"/>
            </w:tcMar>
          </w:tcPr>
          <w:p w14:paraId="2856235F" w14:textId="77777777" w:rsidR="00D700B7" w:rsidRDefault="00000000">
            <w:pPr>
              <w:spacing w:after="0"/>
            </w:pPr>
            <w:r>
              <w:rPr>
                <w:sz w:val="16"/>
              </w:rPr>
              <w:t>Welche fachlichen, organisatorischen oder führenden Aufgaben wurden übernommen?</w:t>
            </w:r>
          </w:p>
        </w:tc>
      </w:tr>
      <w:tr w:rsidR="00D700B7" w14:paraId="2538173A" w14:textId="77777777">
        <w:trPr>
          <w:jc w:val="center"/>
        </w:trPr>
        <w:tc>
          <w:tcPr>
            <w:tcW w:w="1814" w:type="dxa"/>
            <w:shd w:val="clear" w:color="auto" w:fill="F3F7FA"/>
            <w:tcMar>
              <w:top w:w="60" w:type="dxa"/>
              <w:left w:w="80" w:type="dxa"/>
              <w:bottom w:w="60" w:type="dxa"/>
              <w:right w:w="80" w:type="dxa"/>
            </w:tcMar>
          </w:tcPr>
          <w:p w14:paraId="57830053" w14:textId="77777777" w:rsidR="00D700B7" w:rsidRDefault="00000000">
            <w:pPr>
              <w:spacing w:after="0"/>
            </w:pPr>
            <w:r>
              <w:rPr>
                <w:sz w:val="16"/>
              </w:rPr>
              <w:t>Wirkung</w:t>
            </w:r>
          </w:p>
        </w:tc>
        <w:tc>
          <w:tcPr>
            <w:tcW w:w="7654" w:type="dxa"/>
            <w:shd w:val="clear" w:color="auto" w:fill="F3F7FA"/>
            <w:tcMar>
              <w:top w:w="60" w:type="dxa"/>
              <w:left w:w="80" w:type="dxa"/>
              <w:bottom w:w="60" w:type="dxa"/>
              <w:right w:w="80" w:type="dxa"/>
            </w:tcMar>
          </w:tcPr>
          <w:p w14:paraId="57B065A4" w14:textId="77777777" w:rsidR="00D700B7" w:rsidRDefault="00000000">
            <w:pPr>
              <w:spacing w:after="0"/>
            </w:pPr>
            <w:r>
              <w:rPr>
                <w:sz w:val="16"/>
              </w:rPr>
              <w:t>Welche messbaren oder dauerhaft erkennbaren Ergebnisse wurden erzielt?</w:t>
            </w:r>
          </w:p>
        </w:tc>
      </w:tr>
      <w:tr w:rsidR="00D700B7" w14:paraId="419C584D" w14:textId="77777777">
        <w:trPr>
          <w:jc w:val="center"/>
        </w:trPr>
        <w:tc>
          <w:tcPr>
            <w:tcW w:w="1814" w:type="dxa"/>
            <w:tcMar>
              <w:top w:w="60" w:type="dxa"/>
              <w:left w:w="80" w:type="dxa"/>
              <w:bottom w:w="60" w:type="dxa"/>
              <w:right w:w="80" w:type="dxa"/>
            </w:tcMar>
          </w:tcPr>
          <w:p w14:paraId="73DFCCF5" w14:textId="77777777" w:rsidR="00D700B7" w:rsidRDefault="00000000">
            <w:pPr>
              <w:spacing w:after="0"/>
            </w:pPr>
            <w:r>
              <w:rPr>
                <w:sz w:val="16"/>
              </w:rPr>
              <w:t>Reichweite</w:t>
            </w:r>
          </w:p>
        </w:tc>
        <w:tc>
          <w:tcPr>
            <w:tcW w:w="7654" w:type="dxa"/>
            <w:tcMar>
              <w:top w:w="60" w:type="dxa"/>
              <w:left w:w="80" w:type="dxa"/>
              <w:bottom w:w="60" w:type="dxa"/>
              <w:right w:w="80" w:type="dxa"/>
            </w:tcMar>
          </w:tcPr>
          <w:p w14:paraId="6BC6B861" w14:textId="77777777" w:rsidR="00D700B7" w:rsidRDefault="00000000">
            <w:pPr>
              <w:spacing w:after="0"/>
            </w:pPr>
            <w:r>
              <w:rPr>
                <w:sz w:val="16"/>
              </w:rPr>
              <w:t>Wirkte die Leistung örtlich, bezirklich, landesweit oder darüber hinaus?</w:t>
            </w:r>
          </w:p>
        </w:tc>
      </w:tr>
      <w:tr w:rsidR="00D700B7" w14:paraId="42669BF6" w14:textId="77777777">
        <w:trPr>
          <w:jc w:val="center"/>
        </w:trPr>
        <w:tc>
          <w:tcPr>
            <w:tcW w:w="1814" w:type="dxa"/>
            <w:shd w:val="clear" w:color="auto" w:fill="F3F7FA"/>
            <w:tcMar>
              <w:top w:w="60" w:type="dxa"/>
              <w:left w:w="80" w:type="dxa"/>
              <w:bottom w:w="60" w:type="dxa"/>
              <w:right w:w="80" w:type="dxa"/>
            </w:tcMar>
          </w:tcPr>
          <w:p w14:paraId="25F44D94" w14:textId="77777777" w:rsidR="00D700B7" w:rsidRDefault="00000000">
            <w:pPr>
              <w:spacing w:after="0"/>
            </w:pPr>
            <w:r>
              <w:rPr>
                <w:sz w:val="16"/>
              </w:rPr>
              <w:t>Vorbildfunktion</w:t>
            </w:r>
          </w:p>
        </w:tc>
        <w:tc>
          <w:tcPr>
            <w:tcW w:w="7654" w:type="dxa"/>
            <w:shd w:val="clear" w:color="auto" w:fill="F3F7FA"/>
            <w:tcMar>
              <w:top w:w="60" w:type="dxa"/>
              <w:left w:w="80" w:type="dxa"/>
              <w:bottom w:w="60" w:type="dxa"/>
              <w:right w:w="80" w:type="dxa"/>
            </w:tcMar>
          </w:tcPr>
          <w:p w14:paraId="2850E4CF" w14:textId="77777777" w:rsidR="00D700B7" w:rsidRDefault="00000000">
            <w:pPr>
              <w:spacing w:after="0"/>
            </w:pPr>
            <w:r>
              <w:rPr>
                <w:sz w:val="16"/>
              </w:rPr>
              <w:t>Welche Bedeutung hat die Person für Mitglieder und Öffentlichkeit?</w:t>
            </w:r>
          </w:p>
        </w:tc>
      </w:tr>
    </w:tbl>
    <w:p w14:paraId="757A0022" w14:textId="77777777" w:rsidR="00D700B7" w:rsidRDefault="00D700B7">
      <w:pPr>
        <w:spacing w:after="0"/>
      </w:pPr>
    </w:p>
    <w:tbl>
      <w:tblPr>
        <w:tblStyle w:val="Tabellenraster"/>
        <w:tblW w:w="0" w:type="auto"/>
        <w:jc w:val="center"/>
        <w:tblLook w:val="04A0" w:firstRow="1" w:lastRow="0" w:firstColumn="1" w:lastColumn="0" w:noHBand="0" w:noVBand="1"/>
      </w:tblPr>
      <w:tblGrid>
        <w:gridCol w:w="10624"/>
      </w:tblGrid>
      <w:tr w:rsidR="00D700B7" w14:paraId="6F7C0C6A" w14:textId="77777777">
        <w:trPr>
          <w:jc w:val="center"/>
        </w:trPr>
        <w:tc>
          <w:tcPr>
            <w:tcW w:w="10624" w:type="dxa"/>
            <w:shd w:val="clear" w:color="auto" w:fill="DCEAF4"/>
            <w:tcMar>
              <w:top w:w="100" w:type="dxa"/>
              <w:left w:w="120" w:type="dxa"/>
              <w:bottom w:w="100" w:type="dxa"/>
              <w:right w:w="120" w:type="dxa"/>
            </w:tcMar>
          </w:tcPr>
          <w:p w14:paraId="64641B66" w14:textId="77777777" w:rsidR="00D700B7" w:rsidRDefault="00000000">
            <w:r>
              <w:t>Die Dauer allein genügt bei Verdienstzeichen nicht. Ausschlaggebend ist die Qualität, Verantwortung und nachhaltige Wirkung der Tätigkeit.</w:t>
            </w:r>
          </w:p>
        </w:tc>
      </w:tr>
    </w:tbl>
    <w:p w14:paraId="04F54216" w14:textId="77777777" w:rsidR="00D700B7" w:rsidRDefault="00000000">
      <w:pPr>
        <w:pStyle w:val="Kapitel"/>
      </w:pPr>
      <w:r>
        <w:t>4. Rettungsmedaille der DLRG</w:t>
      </w:r>
    </w:p>
    <w:p w14:paraId="4FF4F7F8" w14:textId="77777777" w:rsidR="00D700B7" w:rsidRDefault="00000000">
      <w:r>
        <w:t>Die Rettungsmedaille würdigt eine konkrete erfolgreiche Rettung eines Menschen aus Wassergefahr. Mitgliedschaft oder Funktion sind nicht entscheidend; auch Nichtmitglieder können ausgezeichnet werden.</w:t>
      </w:r>
    </w:p>
    <w:p w14:paraId="03D9C4DB" w14:textId="77777777" w:rsidR="00D700B7" w:rsidRDefault="00000000">
      <w:pPr>
        <w:pStyle w:val="Abschnitt"/>
      </w:pPr>
      <w:r>
        <w:t>Bewertung</w:t>
      </w:r>
    </w:p>
    <w:p w14:paraId="5461BE47" w14:textId="77777777" w:rsidR="00D700B7" w:rsidRDefault="00000000">
      <w:pPr>
        <w:ind w:left="255" w:hanging="198"/>
      </w:pPr>
      <w:r>
        <w:t>• Ausgangssituation und tatsächliche Gefährdung</w:t>
      </w:r>
    </w:p>
    <w:p w14:paraId="44CD96E3" w14:textId="77777777" w:rsidR="00D700B7" w:rsidRDefault="00000000">
      <w:pPr>
        <w:ind w:left="255" w:hanging="198"/>
      </w:pPr>
      <w:r>
        <w:t>• Ablauf und Erfolg der Rettung</w:t>
      </w:r>
    </w:p>
    <w:p w14:paraId="1E226E4A" w14:textId="77777777" w:rsidR="00D700B7" w:rsidRDefault="00000000">
      <w:pPr>
        <w:ind w:left="255" w:hanging="198"/>
      </w:pPr>
      <w:r>
        <w:t>• Eigengefährdung des Retters</w:t>
      </w:r>
    </w:p>
    <w:p w14:paraId="29EDCEF9" w14:textId="77777777" w:rsidR="00D700B7" w:rsidRDefault="00000000">
      <w:pPr>
        <w:ind w:left="255" w:hanging="198"/>
      </w:pPr>
      <w:r>
        <w:t>• eingesetzte Rettungsmittel</w:t>
      </w:r>
    </w:p>
    <w:p w14:paraId="2329E1E1" w14:textId="77777777" w:rsidR="00D700B7" w:rsidRDefault="00000000">
      <w:pPr>
        <w:ind w:left="255" w:hanging="198"/>
      </w:pPr>
      <w:r>
        <w:t>• medizinische Maßnahmen, insbesondere Reanimation/AED</w:t>
      </w:r>
    </w:p>
    <w:p w14:paraId="18CB29CA" w14:textId="77777777" w:rsidR="00D700B7" w:rsidRDefault="00000000">
      <w:pPr>
        <w:ind w:left="255" w:hanging="198"/>
      </w:pPr>
      <w:r>
        <w:t>• Plausibilität, Zeugen und vollständige Dokumentation</w:t>
      </w:r>
    </w:p>
    <w:p w14:paraId="450EF4F0" w14:textId="77777777" w:rsidR="00D700B7" w:rsidRDefault="00000000">
      <w:pPr>
        <w:pStyle w:val="Abschnitt"/>
      </w:pPr>
      <w:r>
        <w:t>Erforderliche Unterlagen</w:t>
      </w:r>
    </w:p>
    <w:p w14:paraId="69D76AC2" w14:textId="77777777" w:rsidR="00D700B7" w:rsidRDefault="00000000">
      <w:pPr>
        <w:ind w:left="255" w:hanging="198"/>
      </w:pPr>
      <w:r>
        <w:t>• offizielles Antragsformular</w:t>
      </w:r>
    </w:p>
    <w:p w14:paraId="082790F0" w14:textId="77777777" w:rsidR="00D700B7" w:rsidRDefault="00000000">
      <w:pPr>
        <w:ind w:left="255" w:hanging="198"/>
      </w:pPr>
      <w:r>
        <w:t>• detaillierter Bericht des Retters</w:t>
      </w:r>
    </w:p>
    <w:p w14:paraId="70EFEF59" w14:textId="77777777" w:rsidR="00D700B7" w:rsidRDefault="00000000">
      <w:pPr>
        <w:ind w:left="255" w:hanging="198"/>
      </w:pPr>
      <w:r>
        <w:t>• nach Möglichkeit Bericht der geretteten Person</w:t>
      </w:r>
    </w:p>
    <w:p w14:paraId="3FBE10F5" w14:textId="77777777" w:rsidR="00D700B7" w:rsidRDefault="00000000">
      <w:pPr>
        <w:ind w:left="255" w:hanging="198"/>
      </w:pPr>
      <w:r>
        <w:t>• Einsatz-, Wach- oder Rettungsprotokolle</w:t>
      </w:r>
    </w:p>
    <w:p w14:paraId="799D68EF" w14:textId="77777777" w:rsidR="00D700B7" w:rsidRDefault="00000000">
      <w:pPr>
        <w:ind w:left="255" w:hanging="198"/>
      </w:pPr>
      <w:r>
        <w:t>• Zeugenaussagen und gegebenenfalls medizinische Nachweise</w:t>
      </w:r>
    </w:p>
    <w:p w14:paraId="26CF822D" w14:textId="77777777" w:rsidR="00D700B7" w:rsidRDefault="00000000">
      <w:pPr>
        <w:ind w:left="255" w:hanging="198"/>
      </w:pPr>
      <w:r>
        <w:t>• weitere Belege, etwa Presseberichte</w:t>
      </w:r>
    </w:p>
    <w:p w14:paraId="01C1BAD0" w14:textId="77777777" w:rsidR="00D700B7" w:rsidRDefault="00000000">
      <w:r>
        <w:t>Der Antrag soll nach dem Handbuch grundsätzlich innerhalb von zwei Jahren nach Bekanntwerden der Rettungstat gestellt werden. Eine unmittelbare Dokumentation wird dringend empfohlen.</w:t>
      </w:r>
    </w:p>
    <w:p w14:paraId="00287577" w14:textId="77777777" w:rsidR="00D700B7" w:rsidRDefault="00000000">
      <w:pPr>
        <w:pStyle w:val="Abschnitt"/>
      </w:pPr>
      <w:r>
        <w:t>Kurzcheck</w:t>
      </w:r>
    </w:p>
    <w:p w14:paraId="2B2EF6AE" w14:textId="77777777" w:rsidR="00D700B7" w:rsidRDefault="00000000">
      <w:pPr>
        <w:pStyle w:val="Check"/>
        <w:ind w:left="255" w:hanging="198"/>
      </w:pPr>
      <w:r>
        <w:t>☐ Rettungstat vollständig und chronologisch beschrieben</w:t>
      </w:r>
    </w:p>
    <w:p w14:paraId="43BA2E46" w14:textId="77777777" w:rsidR="00D700B7" w:rsidRDefault="00000000">
      <w:pPr>
        <w:pStyle w:val="Check"/>
        <w:ind w:left="255" w:hanging="198"/>
      </w:pPr>
      <w:r>
        <w:t>☐ Gefahren, Hilfsmittel und medizinische Maßnahmen erfasst</w:t>
      </w:r>
    </w:p>
    <w:p w14:paraId="588DFE6F" w14:textId="77777777" w:rsidR="00D700B7" w:rsidRDefault="00000000">
      <w:pPr>
        <w:pStyle w:val="Check"/>
        <w:ind w:left="255" w:hanging="198"/>
      </w:pPr>
      <w:r>
        <w:t>☐ Zeugen und Nachweise beigefügt</w:t>
      </w:r>
    </w:p>
    <w:p w14:paraId="5A66BB58" w14:textId="77777777" w:rsidR="00D700B7" w:rsidRDefault="00000000">
      <w:pPr>
        <w:pStyle w:val="Check"/>
        <w:ind w:left="255" w:hanging="198"/>
      </w:pPr>
      <w:r>
        <w:t>☐ Datum, Unterschriften und Dienstweg geprüft</w:t>
      </w:r>
    </w:p>
    <w:p w14:paraId="322E02B3" w14:textId="77777777" w:rsidR="00D700B7" w:rsidRDefault="00000000">
      <w:pPr>
        <w:pStyle w:val="Kapitel"/>
      </w:pPr>
      <w:r>
        <w:t>5. Verdienstzeichen Bronze bis Gold mit Brillant</w:t>
      </w:r>
    </w:p>
    <w:p w14:paraId="2A2A5DCD" w14:textId="77777777" w:rsidR="00D700B7" w:rsidRDefault="00000000">
      <w:r>
        <w:t>Die vier Stufen bilden eine Entwicklung von kontinuierlicher Mitarbeit bis zur außergewöhnlichen Lebensleistung ab. Die im Handbuch genannten Zeiträume sind Regelfall und Orientierung; die konkrete Bewertung muss die Qualität und Wirkung der Verdienste darstellen.</w:t>
      </w:r>
    </w:p>
    <w:tbl>
      <w:tblPr>
        <w:tblStyle w:val="Tabellenraster"/>
        <w:tblW w:w="0" w:type="auto"/>
        <w:jc w:val="center"/>
        <w:tblLook w:val="04A0" w:firstRow="1" w:lastRow="0" w:firstColumn="1" w:lastColumn="0" w:noHBand="0" w:noVBand="1"/>
      </w:tblPr>
      <w:tblGrid>
        <w:gridCol w:w="1757"/>
        <w:gridCol w:w="2098"/>
        <w:gridCol w:w="5726"/>
      </w:tblGrid>
      <w:tr w:rsidR="00D700B7" w14:paraId="150FD04B" w14:textId="77777777">
        <w:trPr>
          <w:jc w:val="center"/>
        </w:trPr>
        <w:tc>
          <w:tcPr>
            <w:tcW w:w="1757" w:type="dxa"/>
            <w:shd w:val="clear" w:color="auto" w:fill="003B6F"/>
            <w:vAlign w:val="center"/>
          </w:tcPr>
          <w:p w14:paraId="365D53F8" w14:textId="77777777" w:rsidR="00D700B7" w:rsidRDefault="00000000">
            <w:r>
              <w:rPr>
                <w:b/>
                <w:color w:val="FFFFFF"/>
                <w:sz w:val="16"/>
              </w:rPr>
              <w:t>Stufe</w:t>
            </w:r>
          </w:p>
        </w:tc>
        <w:tc>
          <w:tcPr>
            <w:tcW w:w="2098" w:type="dxa"/>
            <w:shd w:val="clear" w:color="auto" w:fill="003B6F"/>
            <w:vAlign w:val="center"/>
          </w:tcPr>
          <w:p w14:paraId="356B2A69" w14:textId="77777777" w:rsidR="00D700B7" w:rsidRDefault="00000000">
            <w:r>
              <w:rPr>
                <w:b/>
                <w:color w:val="FFFFFF"/>
                <w:sz w:val="16"/>
              </w:rPr>
              <w:t>Orientierung</w:t>
            </w:r>
          </w:p>
        </w:tc>
        <w:tc>
          <w:tcPr>
            <w:tcW w:w="5726" w:type="dxa"/>
            <w:shd w:val="clear" w:color="auto" w:fill="003B6F"/>
            <w:vAlign w:val="center"/>
          </w:tcPr>
          <w:p w14:paraId="6B46C566" w14:textId="77777777" w:rsidR="00D700B7" w:rsidRDefault="00000000">
            <w:r>
              <w:rPr>
                <w:b/>
                <w:color w:val="FFFFFF"/>
                <w:sz w:val="16"/>
              </w:rPr>
              <w:t>Kennzeichen</w:t>
            </w:r>
          </w:p>
        </w:tc>
      </w:tr>
      <w:tr w:rsidR="00D700B7" w14:paraId="615EC8E8" w14:textId="77777777">
        <w:trPr>
          <w:jc w:val="center"/>
        </w:trPr>
        <w:tc>
          <w:tcPr>
            <w:tcW w:w="1757" w:type="dxa"/>
            <w:tcMar>
              <w:top w:w="60" w:type="dxa"/>
              <w:left w:w="80" w:type="dxa"/>
              <w:bottom w:w="60" w:type="dxa"/>
              <w:right w:w="80" w:type="dxa"/>
            </w:tcMar>
          </w:tcPr>
          <w:p w14:paraId="1AB69900" w14:textId="77777777" w:rsidR="00D700B7" w:rsidRDefault="00000000">
            <w:pPr>
              <w:spacing w:after="0"/>
            </w:pPr>
            <w:r>
              <w:rPr>
                <w:sz w:val="16"/>
              </w:rPr>
              <w:t>Bronze</w:t>
            </w:r>
          </w:p>
        </w:tc>
        <w:tc>
          <w:tcPr>
            <w:tcW w:w="2098" w:type="dxa"/>
            <w:tcMar>
              <w:top w:w="60" w:type="dxa"/>
              <w:left w:w="80" w:type="dxa"/>
              <w:bottom w:w="60" w:type="dxa"/>
              <w:right w:w="80" w:type="dxa"/>
            </w:tcMar>
          </w:tcPr>
          <w:p w14:paraId="6A1860FA" w14:textId="77777777" w:rsidR="00D700B7" w:rsidRDefault="00000000">
            <w:pPr>
              <w:spacing w:after="0"/>
            </w:pPr>
            <w:r>
              <w:rPr>
                <w:sz w:val="16"/>
              </w:rPr>
              <w:t>mindestens 6 Jahre aktive Mitarbeit</w:t>
            </w:r>
          </w:p>
        </w:tc>
        <w:tc>
          <w:tcPr>
            <w:tcW w:w="5726" w:type="dxa"/>
            <w:tcMar>
              <w:top w:w="60" w:type="dxa"/>
              <w:left w:w="80" w:type="dxa"/>
              <w:bottom w:w="60" w:type="dxa"/>
              <w:right w:w="80" w:type="dxa"/>
            </w:tcMar>
          </w:tcPr>
          <w:p w14:paraId="444D37B4" w14:textId="77777777" w:rsidR="00D700B7" w:rsidRDefault="00000000">
            <w:pPr>
              <w:spacing w:after="0"/>
            </w:pPr>
            <w:r>
              <w:rPr>
                <w:sz w:val="16"/>
              </w:rPr>
              <w:t>regelmäßig, zuverlässig, vorbildlich; erste Anerkennung konkreter ehrenamtlicher Leistungen</w:t>
            </w:r>
          </w:p>
        </w:tc>
      </w:tr>
      <w:tr w:rsidR="00D700B7" w14:paraId="59F8AEAA" w14:textId="77777777">
        <w:trPr>
          <w:jc w:val="center"/>
        </w:trPr>
        <w:tc>
          <w:tcPr>
            <w:tcW w:w="1757" w:type="dxa"/>
            <w:shd w:val="clear" w:color="auto" w:fill="F3F7FA"/>
            <w:tcMar>
              <w:top w:w="60" w:type="dxa"/>
              <w:left w:w="80" w:type="dxa"/>
              <w:bottom w:w="60" w:type="dxa"/>
              <w:right w:w="80" w:type="dxa"/>
            </w:tcMar>
          </w:tcPr>
          <w:p w14:paraId="0C4E684B" w14:textId="77777777" w:rsidR="00D700B7" w:rsidRDefault="00000000">
            <w:pPr>
              <w:spacing w:after="0"/>
            </w:pPr>
            <w:r>
              <w:rPr>
                <w:sz w:val="16"/>
              </w:rPr>
              <w:t>Silber</w:t>
            </w:r>
          </w:p>
        </w:tc>
        <w:tc>
          <w:tcPr>
            <w:tcW w:w="2098" w:type="dxa"/>
            <w:shd w:val="clear" w:color="auto" w:fill="F3F7FA"/>
            <w:tcMar>
              <w:top w:w="60" w:type="dxa"/>
              <w:left w:w="80" w:type="dxa"/>
              <w:bottom w:w="60" w:type="dxa"/>
              <w:right w:w="80" w:type="dxa"/>
            </w:tcMar>
          </w:tcPr>
          <w:p w14:paraId="3703A9F6" w14:textId="77777777" w:rsidR="00D700B7" w:rsidRDefault="00000000">
            <w:pPr>
              <w:spacing w:after="0"/>
            </w:pPr>
            <w:r>
              <w:rPr>
                <w:sz w:val="16"/>
              </w:rPr>
              <w:t>mindestens 12 Jahre aktive Mitarbeit</w:t>
            </w:r>
          </w:p>
        </w:tc>
        <w:tc>
          <w:tcPr>
            <w:tcW w:w="5726" w:type="dxa"/>
            <w:shd w:val="clear" w:color="auto" w:fill="F3F7FA"/>
            <w:tcMar>
              <w:top w:w="60" w:type="dxa"/>
              <w:left w:w="80" w:type="dxa"/>
              <w:bottom w:w="60" w:type="dxa"/>
              <w:right w:w="80" w:type="dxa"/>
            </w:tcMar>
          </w:tcPr>
          <w:p w14:paraId="229C1C5C" w14:textId="77777777" w:rsidR="00D700B7" w:rsidRDefault="00000000">
            <w:pPr>
              <w:spacing w:after="0"/>
            </w:pPr>
            <w:r>
              <w:rPr>
                <w:sz w:val="16"/>
              </w:rPr>
              <w:t>zusätzliche Verantwortung, überdurchschnittliche Leistungen und nachhaltige Wirkung</w:t>
            </w:r>
          </w:p>
        </w:tc>
      </w:tr>
      <w:tr w:rsidR="00D700B7" w14:paraId="3E6B83E2" w14:textId="77777777">
        <w:trPr>
          <w:jc w:val="center"/>
        </w:trPr>
        <w:tc>
          <w:tcPr>
            <w:tcW w:w="1757" w:type="dxa"/>
            <w:tcMar>
              <w:top w:w="60" w:type="dxa"/>
              <w:left w:w="80" w:type="dxa"/>
              <w:bottom w:w="60" w:type="dxa"/>
              <w:right w:w="80" w:type="dxa"/>
            </w:tcMar>
          </w:tcPr>
          <w:p w14:paraId="3451A745" w14:textId="77777777" w:rsidR="00D700B7" w:rsidRDefault="00000000">
            <w:pPr>
              <w:spacing w:after="0"/>
            </w:pPr>
            <w:r>
              <w:rPr>
                <w:sz w:val="16"/>
              </w:rPr>
              <w:t>Gold</w:t>
            </w:r>
          </w:p>
        </w:tc>
        <w:tc>
          <w:tcPr>
            <w:tcW w:w="2098" w:type="dxa"/>
            <w:tcMar>
              <w:top w:w="60" w:type="dxa"/>
              <w:left w:w="80" w:type="dxa"/>
              <w:bottom w:w="60" w:type="dxa"/>
              <w:right w:w="80" w:type="dxa"/>
            </w:tcMar>
          </w:tcPr>
          <w:p w14:paraId="3B8AD10B" w14:textId="77777777" w:rsidR="00D700B7" w:rsidRDefault="00000000">
            <w:pPr>
              <w:spacing w:after="0"/>
            </w:pPr>
            <w:r>
              <w:rPr>
                <w:sz w:val="16"/>
              </w:rPr>
              <w:t>mindestens 20 Jahre aktive Mitarbeit</w:t>
            </w:r>
          </w:p>
        </w:tc>
        <w:tc>
          <w:tcPr>
            <w:tcW w:w="5726" w:type="dxa"/>
            <w:tcMar>
              <w:top w:w="60" w:type="dxa"/>
              <w:left w:w="80" w:type="dxa"/>
              <w:bottom w:w="60" w:type="dxa"/>
              <w:right w:w="80" w:type="dxa"/>
            </w:tcMar>
          </w:tcPr>
          <w:p w14:paraId="578257B4" w14:textId="77777777" w:rsidR="00D700B7" w:rsidRDefault="00000000">
            <w:pPr>
              <w:spacing w:after="0"/>
            </w:pPr>
            <w:r>
              <w:rPr>
                <w:sz w:val="16"/>
              </w:rPr>
              <w:t>herausragende Verdienste, langjährige Führungsverantwortung und nachhaltige Verbandsentwicklung</w:t>
            </w:r>
          </w:p>
        </w:tc>
      </w:tr>
      <w:tr w:rsidR="00D700B7" w14:paraId="37D62B82" w14:textId="77777777">
        <w:trPr>
          <w:jc w:val="center"/>
        </w:trPr>
        <w:tc>
          <w:tcPr>
            <w:tcW w:w="1757" w:type="dxa"/>
            <w:shd w:val="clear" w:color="auto" w:fill="F3F7FA"/>
            <w:tcMar>
              <w:top w:w="60" w:type="dxa"/>
              <w:left w:w="80" w:type="dxa"/>
              <w:bottom w:w="60" w:type="dxa"/>
              <w:right w:w="80" w:type="dxa"/>
            </w:tcMar>
          </w:tcPr>
          <w:p w14:paraId="3DAF59BB" w14:textId="77777777" w:rsidR="00D700B7" w:rsidRDefault="00000000">
            <w:pPr>
              <w:spacing w:after="0"/>
            </w:pPr>
            <w:r>
              <w:rPr>
                <w:sz w:val="16"/>
              </w:rPr>
              <w:lastRenderedPageBreak/>
              <w:t>Gold mit Brillant</w:t>
            </w:r>
          </w:p>
        </w:tc>
        <w:tc>
          <w:tcPr>
            <w:tcW w:w="2098" w:type="dxa"/>
            <w:shd w:val="clear" w:color="auto" w:fill="F3F7FA"/>
            <w:tcMar>
              <w:top w:w="60" w:type="dxa"/>
              <w:left w:w="80" w:type="dxa"/>
              <w:bottom w:w="60" w:type="dxa"/>
              <w:right w:w="80" w:type="dxa"/>
            </w:tcMar>
          </w:tcPr>
          <w:p w14:paraId="0B12329A" w14:textId="77777777" w:rsidR="00D700B7" w:rsidRDefault="00000000">
            <w:pPr>
              <w:spacing w:after="0"/>
            </w:pPr>
            <w:r>
              <w:rPr>
                <w:sz w:val="16"/>
              </w:rPr>
              <w:t>außergewöhnliche Lebensleistung bzw. langjährig herausragende Mitarbeit</w:t>
            </w:r>
          </w:p>
        </w:tc>
        <w:tc>
          <w:tcPr>
            <w:tcW w:w="5726" w:type="dxa"/>
            <w:shd w:val="clear" w:color="auto" w:fill="F3F7FA"/>
            <w:tcMar>
              <w:top w:w="60" w:type="dxa"/>
              <w:left w:w="80" w:type="dxa"/>
              <w:bottom w:w="60" w:type="dxa"/>
              <w:right w:w="80" w:type="dxa"/>
            </w:tcMar>
          </w:tcPr>
          <w:p w14:paraId="542C055A" w14:textId="77777777" w:rsidR="00D700B7" w:rsidRDefault="00000000">
            <w:pPr>
              <w:spacing w:after="0"/>
            </w:pPr>
            <w:r>
              <w:rPr>
                <w:sz w:val="16"/>
              </w:rPr>
              <w:t>höchste reguläre DLRG-Auszeichnung; Lebenswerk, überregionale Bedeutung und außergewöhnliche Wirkung</w:t>
            </w:r>
          </w:p>
        </w:tc>
      </w:tr>
    </w:tbl>
    <w:p w14:paraId="2E4FDD97" w14:textId="77777777" w:rsidR="00D700B7" w:rsidRDefault="00D700B7">
      <w:pPr>
        <w:spacing w:after="0"/>
      </w:pPr>
    </w:p>
    <w:p w14:paraId="48F4A8A5" w14:textId="77777777" w:rsidR="00D700B7" w:rsidRDefault="00000000">
      <w:pPr>
        <w:pStyle w:val="Abschnitt"/>
      </w:pPr>
      <w:r>
        <w:t>Anrechenbare Tätigkeitsfelder</w:t>
      </w:r>
    </w:p>
    <w:p w14:paraId="6CF6A405" w14:textId="77777777" w:rsidR="00D700B7" w:rsidRDefault="00000000">
      <w:pPr>
        <w:ind w:left="255" w:hanging="198"/>
      </w:pPr>
      <w:r>
        <w:t>• Schwimm- und Rettungsschwimmausbildung</w:t>
      </w:r>
    </w:p>
    <w:p w14:paraId="4CFF4B1A" w14:textId="77777777" w:rsidR="00D700B7" w:rsidRDefault="00000000">
      <w:pPr>
        <w:ind w:left="255" w:hanging="198"/>
      </w:pPr>
      <w:r>
        <w:t>• Wasserrettungsdienst und Einsatzwesen</w:t>
      </w:r>
    </w:p>
    <w:p w14:paraId="78F104E0" w14:textId="77777777" w:rsidR="00D700B7" w:rsidRDefault="00000000">
      <w:pPr>
        <w:ind w:left="255" w:hanging="198"/>
      </w:pPr>
      <w:r>
        <w:t>• Katastrophenschutz</w:t>
      </w:r>
    </w:p>
    <w:p w14:paraId="5154FCCF" w14:textId="77777777" w:rsidR="00D700B7" w:rsidRDefault="00000000">
      <w:pPr>
        <w:ind w:left="255" w:hanging="198"/>
      </w:pPr>
      <w:r>
        <w:t>• Jugendarbeit und Nachwuchsförderung</w:t>
      </w:r>
    </w:p>
    <w:p w14:paraId="44737FB8" w14:textId="77777777" w:rsidR="00D700B7" w:rsidRDefault="00000000">
      <w:pPr>
        <w:ind w:left="255" w:hanging="198"/>
      </w:pPr>
      <w:r>
        <w:t>• Vorstands-, Leitungs- und Verwaltungsarbeit</w:t>
      </w:r>
    </w:p>
    <w:p w14:paraId="1DF78C9D" w14:textId="77777777" w:rsidR="00D700B7" w:rsidRDefault="00000000">
      <w:pPr>
        <w:ind w:left="255" w:hanging="198"/>
      </w:pPr>
      <w:r>
        <w:t>• Technik, Material, Öffentlichkeitsarbeit und besondere Projekte</w:t>
      </w:r>
    </w:p>
    <w:p w14:paraId="3CDA238D" w14:textId="77777777" w:rsidR="00D700B7" w:rsidRDefault="00000000">
      <w:pPr>
        <w:pStyle w:val="Abschnitt"/>
      </w:pPr>
      <w:r>
        <w:t>Abgrenzung der Stufen</w:t>
      </w:r>
    </w:p>
    <w:tbl>
      <w:tblPr>
        <w:tblStyle w:val="Tabellenraster"/>
        <w:tblW w:w="0" w:type="auto"/>
        <w:jc w:val="center"/>
        <w:tblLook w:val="04A0" w:firstRow="1" w:lastRow="0" w:firstColumn="1" w:lastColumn="0" w:noHBand="0" w:noVBand="1"/>
      </w:tblPr>
      <w:tblGrid>
        <w:gridCol w:w="2324"/>
        <w:gridCol w:w="7200"/>
      </w:tblGrid>
      <w:tr w:rsidR="00D700B7" w14:paraId="57DD8770" w14:textId="77777777">
        <w:trPr>
          <w:jc w:val="center"/>
        </w:trPr>
        <w:tc>
          <w:tcPr>
            <w:tcW w:w="2324" w:type="dxa"/>
            <w:shd w:val="clear" w:color="auto" w:fill="003B6F"/>
            <w:vAlign w:val="center"/>
          </w:tcPr>
          <w:p w14:paraId="17929AC3" w14:textId="77777777" w:rsidR="00D700B7" w:rsidRDefault="00000000">
            <w:r>
              <w:rPr>
                <w:b/>
                <w:color w:val="FFFFFF"/>
                <w:sz w:val="16"/>
              </w:rPr>
              <w:t>Von / zu</w:t>
            </w:r>
          </w:p>
        </w:tc>
        <w:tc>
          <w:tcPr>
            <w:tcW w:w="7200" w:type="dxa"/>
            <w:shd w:val="clear" w:color="auto" w:fill="003B6F"/>
            <w:vAlign w:val="center"/>
          </w:tcPr>
          <w:p w14:paraId="6E47E9B4" w14:textId="77777777" w:rsidR="00D700B7" w:rsidRDefault="00000000">
            <w:r>
              <w:rPr>
                <w:b/>
                <w:color w:val="FFFFFF"/>
                <w:sz w:val="16"/>
              </w:rPr>
              <w:t>Entscheidender Mehrwert</w:t>
            </w:r>
          </w:p>
        </w:tc>
      </w:tr>
      <w:tr w:rsidR="00D700B7" w14:paraId="6A2019B1" w14:textId="77777777">
        <w:trPr>
          <w:jc w:val="center"/>
        </w:trPr>
        <w:tc>
          <w:tcPr>
            <w:tcW w:w="2324" w:type="dxa"/>
            <w:tcMar>
              <w:top w:w="60" w:type="dxa"/>
              <w:left w:w="80" w:type="dxa"/>
              <w:bottom w:w="60" w:type="dxa"/>
              <w:right w:w="80" w:type="dxa"/>
            </w:tcMar>
          </w:tcPr>
          <w:p w14:paraId="68A1C700" w14:textId="77777777" w:rsidR="00D700B7" w:rsidRDefault="00000000">
            <w:pPr>
              <w:spacing w:after="0"/>
            </w:pPr>
            <w:r>
              <w:rPr>
                <w:sz w:val="16"/>
              </w:rPr>
              <w:t>Mitgliedsehrenzeichen → Bronze</w:t>
            </w:r>
          </w:p>
        </w:tc>
        <w:tc>
          <w:tcPr>
            <w:tcW w:w="7200" w:type="dxa"/>
            <w:tcMar>
              <w:top w:w="60" w:type="dxa"/>
              <w:left w:w="80" w:type="dxa"/>
              <w:bottom w:w="60" w:type="dxa"/>
              <w:right w:w="80" w:type="dxa"/>
            </w:tcMar>
          </w:tcPr>
          <w:p w14:paraId="215C39BF" w14:textId="77777777" w:rsidR="00D700B7" w:rsidRDefault="00000000">
            <w:pPr>
              <w:spacing w:after="0"/>
            </w:pPr>
            <w:r>
              <w:rPr>
                <w:sz w:val="16"/>
              </w:rPr>
              <w:t>nicht nur Treue, sondern mindestens sechs Jahre konkrete aktive Mitarbeit</w:t>
            </w:r>
          </w:p>
        </w:tc>
      </w:tr>
      <w:tr w:rsidR="00D700B7" w14:paraId="570B9B40" w14:textId="77777777">
        <w:trPr>
          <w:jc w:val="center"/>
        </w:trPr>
        <w:tc>
          <w:tcPr>
            <w:tcW w:w="2324" w:type="dxa"/>
            <w:shd w:val="clear" w:color="auto" w:fill="F3F7FA"/>
            <w:tcMar>
              <w:top w:w="60" w:type="dxa"/>
              <w:left w:w="80" w:type="dxa"/>
              <w:bottom w:w="60" w:type="dxa"/>
              <w:right w:w="80" w:type="dxa"/>
            </w:tcMar>
          </w:tcPr>
          <w:p w14:paraId="6C869C2D" w14:textId="77777777" w:rsidR="00D700B7" w:rsidRDefault="00000000">
            <w:pPr>
              <w:spacing w:after="0"/>
            </w:pPr>
            <w:r>
              <w:rPr>
                <w:sz w:val="16"/>
              </w:rPr>
              <w:t>Bronze → Silber</w:t>
            </w:r>
          </w:p>
        </w:tc>
        <w:tc>
          <w:tcPr>
            <w:tcW w:w="7200" w:type="dxa"/>
            <w:shd w:val="clear" w:color="auto" w:fill="F3F7FA"/>
            <w:tcMar>
              <w:top w:w="60" w:type="dxa"/>
              <w:left w:w="80" w:type="dxa"/>
              <w:bottom w:w="60" w:type="dxa"/>
              <w:right w:w="80" w:type="dxa"/>
            </w:tcMar>
          </w:tcPr>
          <w:p w14:paraId="03225460" w14:textId="77777777" w:rsidR="00D700B7" w:rsidRDefault="00000000">
            <w:pPr>
              <w:spacing w:after="0"/>
            </w:pPr>
            <w:r>
              <w:rPr>
                <w:sz w:val="16"/>
              </w:rPr>
              <w:t>besondere Verantwortung und deutlich erkennbare nachhaltige Wirkung</w:t>
            </w:r>
          </w:p>
        </w:tc>
      </w:tr>
      <w:tr w:rsidR="00D700B7" w14:paraId="3531CA17" w14:textId="77777777">
        <w:trPr>
          <w:jc w:val="center"/>
        </w:trPr>
        <w:tc>
          <w:tcPr>
            <w:tcW w:w="2324" w:type="dxa"/>
            <w:tcMar>
              <w:top w:w="60" w:type="dxa"/>
              <w:left w:w="80" w:type="dxa"/>
              <w:bottom w:w="60" w:type="dxa"/>
              <w:right w:w="80" w:type="dxa"/>
            </w:tcMar>
          </w:tcPr>
          <w:p w14:paraId="734FBED1" w14:textId="77777777" w:rsidR="00D700B7" w:rsidRDefault="00000000">
            <w:pPr>
              <w:spacing w:after="0"/>
            </w:pPr>
            <w:r>
              <w:rPr>
                <w:sz w:val="16"/>
              </w:rPr>
              <w:t>Silber → Gold</w:t>
            </w:r>
          </w:p>
        </w:tc>
        <w:tc>
          <w:tcPr>
            <w:tcW w:w="7200" w:type="dxa"/>
            <w:tcMar>
              <w:top w:w="60" w:type="dxa"/>
              <w:left w:w="80" w:type="dxa"/>
              <w:bottom w:w="60" w:type="dxa"/>
              <w:right w:w="80" w:type="dxa"/>
            </w:tcMar>
          </w:tcPr>
          <w:p w14:paraId="55583D3A" w14:textId="77777777" w:rsidR="00D700B7" w:rsidRDefault="00000000">
            <w:pPr>
              <w:spacing w:after="0"/>
            </w:pPr>
            <w:r>
              <w:rPr>
                <w:sz w:val="16"/>
              </w:rPr>
              <w:t>herausragende Verdienste und langfristige Prägung der Organisation</w:t>
            </w:r>
          </w:p>
        </w:tc>
      </w:tr>
      <w:tr w:rsidR="00D700B7" w14:paraId="39FB832C" w14:textId="77777777">
        <w:trPr>
          <w:jc w:val="center"/>
        </w:trPr>
        <w:tc>
          <w:tcPr>
            <w:tcW w:w="2324" w:type="dxa"/>
            <w:shd w:val="clear" w:color="auto" w:fill="F3F7FA"/>
            <w:tcMar>
              <w:top w:w="60" w:type="dxa"/>
              <w:left w:w="80" w:type="dxa"/>
              <w:bottom w:w="60" w:type="dxa"/>
              <w:right w:w="80" w:type="dxa"/>
            </w:tcMar>
          </w:tcPr>
          <w:p w14:paraId="52229D09" w14:textId="77777777" w:rsidR="00D700B7" w:rsidRDefault="00000000">
            <w:pPr>
              <w:spacing w:after="0"/>
            </w:pPr>
            <w:r>
              <w:rPr>
                <w:sz w:val="16"/>
              </w:rPr>
              <w:t>Gold → Gold mit Brillant</w:t>
            </w:r>
          </w:p>
        </w:tc>
        <w:tc>
          <w:tcPr>
            <w:tcW w:w="7200" w:type="dxa"/>
            <w:shd w:val="clear" w:color="auto" w:fill="F3F7FA"/>
            <w:tcMar>
              <w:top w:w="60" w:type="dxa"/>
              <w:left w:w="80" w:type="dxa"/>
              <w:bottom w:w="60" w:type="dxa"/>
              <w:right w:w="80" w:type="dxa"/>
            </w:tcMar>
          </w:tcPr>
          <w:p w14:paraId="14EF4374" w14:textId="77777777" w:rsidR="00D700B7" w:rsidRDefault="00000000">
            <w:pPr>
              <w:spacing w:after="0"/>
            </w:pPr>
            <w:r>
              <w:rPr>
                <w:sz w:val="16"/>
              </w:rPr>
              <w:t>außergewöhnliches Lebenswerk, überregionale Bedeutung und kaum ersetzbare Wirkung</w:t>
            </w:r>
          </w:p>
        </w:tc>
      </w:tr>
    </w:tbl>
    <w:p w14:paraId="00E3F426" w14:textId="77777777" w:rsidR="00D700B7" w:rsidRDefault="00D700B7">
      <w:pPr>
        <w:spacing w:after="0"/>
      </w:pPr>
    </w:p>
    <w:p w14:paraId="4419FC05" w14:textId="77777777" w:rsidR="00D700B7" w:rsidRDefault="00000000">
      <w:pPr>
        <w:pStyle w:val="Abschnitt"/>
      </w:pPr>
      <w:r>
        <w:t>Begründung in fünf Bausteinen</w:t>
      </w:r>
    </w:p>
    <w:p w14:paraId="33E617B9" w14:textId="77777777" w:rsidR="00D700B7" w:rsidRDefault="00000000">
      <w:pPr>
        <w:ind w:left="255" w:hanging="198"/>
      </w:pPr>
      <w:r>
        <w:t>• Zeitraum und Entwicklung des Engagements</w:t>
      </w:r>
    </w:p>
    <w:p w14:paraId="1D28D339" w14:textId="77777777" w:rsidR="00D700B7" w:rsidRDefault="00000000">
      <w:pPr>
        <w:ind w:left="255" w:hanging="198"/>
      </w:pPr>
      <w:r>
        <w:t>• konkrete Funktionen und tatsächliche Aufgaben</w:t>
      </w:r>
    </w:p>
    <w:p w14:paraId="423C0254" w14:textId="77777777" w:rsidR="00D700B7" w:rsidRDefault="00000000">
      <w:pPr>
        <w:ind w:left="255" w:hanging="198"/>
      </w:pPr>
      <w:r>
        <w:t>• besondere Leistungen und Eigeninitiative</w:t>
      </w:r>
    </w:p>
    <w:p w14:paraId="13323B71" w14:textId="77777777" w:rsidR="00D700B7" w:rsidRDefault="00000000">
      <w:pPr>
        <w:ind w:left="255" w:hanging="198"/>
      </w:pPr>
      <w:r>
        <w:t>• Ergebnisse und nachhaltige Wirkung</w:t>
      </w:r>
    </w:p>
    <w:p w14:paraId="091F193F" w14:textId="77777777" w:rsidR="00D700B7" w:rsidRDefault="00000000">
      <w:pPr>
        <w:ind w:left="255" w:hanging="198"/>
      </w:pPr>
      <w:r>
        <w:t>• Begründung, warum genau diese Ehrungsstufe angemessen ist</w:t>
      </w:r>
    </w:p>
    <w:p w14:paraId="09184C66" w14:textId="77777777" w:rsidR="00D700B7" w:rsidRDefault="00000000">
      <w:pPr>
        <w:pStyle w:val="Abschnitt"/>
      </w:pPr>
      <w:r>
        <w:t>Gemeinsame Fehler</w:t>
      </w:r>
    </w:p>
    <w:p w14:paraId="0437959D" w14:textId="77777777" w:rsidR="00D700B7" w:rsidRDefault="00000000">
      <w:pPr>
        <w:ind w:left="255" w:hanging="198"/>
      </w:pPr>
      <w:r>
        <w:t>• nur Mitgliedschaftsdauer oder Amtsbezeichnungen nennen</w:t>
      </w:r>
    </w:p>
    <w:p w14:paraId="6373501F" w14:textId="77777777" w:rsidR="00D700B7" w:rsidRDefault="00000000">
      <w:pPr>
        <w:ind w:left="255" w:hanging="198"/>
      </w:pPr>
      <w:r>
        <w:t>• frühere Begründung nahezu unverändert wiederholen</w:t>
      </w:r>
    </w:p>
    <w:p w14:paraId="59D595EB" w14:textId="77777777" w:rsidR="00D700B7" w:rsidRDefault="00000000">
      <w:pPr>
        <w:ind w:left="255" w:hanging="198"/>
      </w:pPr>
      <w:r>
        <w:t>• Verantwortung, Ergebnisse oder Reichweite nicht belegen</w:t>
      </w:r>
    </w:p>
    <w:p w14:paraId="71E53E59" w14:textId="77777777" w:rsidR="00D700B7" w:rsidRDefault="00000000">
      <w:pPr>
        <w:ind w:left="255" w:hanging="198"/>
      </w:pPr>
      <w:r>
        <w:t>• höhere Stufe allein mit Zeitablauf begründen</w:t>
      </w:r>
    </w:p>
    <w:p w14:paraId="0295BE58" w14:textId="77777777" w:rsidR="00D700B7" w:rsidRDefault="00000000">
      <w:pPr>
        <w:ind w:left="255" w:hanging="198"/>
      </w:pPr>
      <w:r>
        <w:t>• allgemeine Lobformeln ohne konkrete Beispiele verwenden</w:t>
      </w:r>
    </w:p>
    <w:p w14:paraId="45B3D98F" w14:textId="77777777" w:rsidR="00D700B7" w:rsidRDefault="00000000">
      <w:pPr>
        <w:pStyle w:val="Kapitel"/>
      </w:pPr>
      <w:r>
        <w:t>6. Mitgliedsehrenzeichen</w:t>
      </w:r>
    </w:p>
    <w:p w14:paraId="1FAE2782" w14:textId="77777777" w:rsidR="00D700B7" w:rsidRDefault="00000000">
      <w:r>
        <w:t>Mitgliedsehrenzeichen würdigen die Dauer der Zugehörigkeit, nicht die Qualität aktiver Mitarbeit. Nach dem Handbuch bestehen Stufen ab 10 Jahren und anschließend für weitere langjährige Jubiläen bis 75 Jahre.</w:t>
      </w:r>
    </w:p>
    <w:tbl>
      <w:tblPr>
        <w:tblStyle w:val="Tabellenraster"/>
        <w:tblW w:w="0" w:type="auto"/>
        <w:jc w:val="center"/>
        <w:tblLook w:val="04A0" w:firstRow="1" w:lastRow="0" w:firstColumn="1" w:lastColumn="0" w:noHBand="0" w:noVBand="1"/>
      </w:tblPr>
      <w:tblGrid>
        <w:gridCol w:w="2835"/>
        <w:gridCol w:w="6236"/>
      </w:tblGrid>
      <w:tr w:rsidR="00D700B7" w14:paraId="43A1650D" w14:textId="77777777">
        <w:trPr>
          <w:jc w:val="center"/>
        </w:trPr>
        <w:tc>
          <w:tcPr>
            <w:tcW w:w="2835" w:type="dxa"/>
            <w:shd w:val="clear" w:color="auto" w:fill="003B6F"/>
            <w:vAlign w:val="center"/>
          </w:tcPr>
          <w:p w14:paraId="772E6790" w14:textId="77777777" w:rsidR="00D700B7" w:rsidRDefault="00000000">
            <w:r>
              <w:rPr>
                <w:b/>
                <w:color w:val="FFFFFF"/>
                <w:sz w:val="16"/>
              </w:rPr>
              <w:t>Mitgliedschaft</w:t>
            </w:r>
          </w:p>
        </w:tc>
        <w:tc>
          <w:tcPr>
            <w:tcW w:w="6236" w:type="dxa"/>
            <w:shd w:val="clear" w:color="auto" w:fill="003B6F"/>
            <w:vAlign w:val="center"/>
          </w:tcPr>
          <w:p w14:paraId="4A47E823" w14:textId="77777777" w:rsidR="00D700B7" w:rsidRDefault="00000000">
            <w:r>
              <w:rPr>
                <w:b/>
                <w:color w:val="FFFFFF"/>
                <w:sz w:val="16"/>
              </w:rPr>
              <w:t>Ehrung laut Handbuch</w:t>
            </w:r>
          </w:p>
        </w:tc>
      </w:tr>
      <w:tr w:rsidR="00D700B7" w14:paraId="3EAFDA8A" w14:textId="77777777">
        <w:trPr>
          <w:jc w:val="center"/>
        </w:trPr>
        <w:tc>
          <w:tcPr>
            <w:tcW w:w="2835" w:type="dxa"/>
            <w:tcMar>
              <w:top w:w="60" w:type="dxa"/>
              <w:left w:w="80" w:type="dxa"/>
              <w:bottom w:w="60" w:type="dxa"/>
              <w:right w:w="80" w:type="dxa"/>
            </w:tcMar>
          </w:tcPr>
          <w:p w14:paraId="21AE7180" w14:textId="77777777" w:rsidR="00D700B7" w:rsidRDefault="00000000">
            <w:pPr>
              <w:spacing w:after="0"/>
            </w:pPr>
            <w:r>
              <w:rPr>
                <w:sz w:val="16"/>
              </w:rPr>
              <w:t>10 Jahre</w:t>
            </w:r>
          </w:p>
        </w:tc>
        <w:tc>
          <w:tcPr>
            <w:tcW w:w="6236" w:type="dxa"/>
            <w:tcMar>
              <w:top w:w="60" w:type="dxa"/>
              <w:left w:w="80" w:type="dxa"/>
              <w:bottom w:w="60" w:type="dxa"/>
              <w:right w:w="80" w:type="dxa"/>
            </w:tcMar>
          </w:tcPr>
          <w:p w14:paraId="3C4503CE" w14:textId="77777777" w:rsidR="00D700B7" w:rsidRDefault="00000000">
            <w:pPr>
              <w:spacing w:after="0"/>
            </w:pPr>
            <w:r>
              <w:rPr>
                <w:sz w:val="16"/>
              </w:rPr>
              <w:t>Bronze</w:t>
            </w:r>
          </w:p>
        </w:tc>
      </w:tr>
      <w:tr w:rsidR="00D700B7" w14:paraId="0FABDF89" w14:textId="77777777">
        <w:trPr>
          <w:jc w:val="center"/>
        </w:trPr>
        <w:tc>
          <w:tcPr>
            <w:tcW w:w="2835" w:type="dxa"/>
            <w:shd w:val="clear" w:color="auto" w:fill="F3F7FA"/>
            <w:tcMar>
              <w:top w:w="60" w:type="dxa"/>
              <w:left w:w="80" w:type="dxa"/>
              <w:bottom w:w="60" w:type="dxa"/>
              <w:right w:w="80" w:type="dxa"/>
            </w:tcMar>
          </w:tcPr>
          <w:p w14:paraId="7B5FBEC4" w14:textId="77777777" w:rsidR="00D700B7" w:rsidRDefault="00000000">
            <w:pPr>
              <w:spacing w:after="0"/>
            </w:pPr>
            <w:r>
              <w:rPr>
                <w:sz w:val="16"/>
              </w:rPr>
              <w:t>25 und 40 Jahre</w:t>
            </w:r>
          </w:p>
        </w:tc>
        <w:tc>
          <w:tcPr>
            <w:tcW w:w="6236" w:type="dxa"/>
            <w:shd w:val="clear" w:color="auto" w:fill="F3F7FA"/>
            <w:tcMar>
              <w:top w:w="60" w:type="dxa"/>
              <w:left w:w="80" w:type="dxa"/>
              <w:bottom w:w="60" w:type="dxa"/>
              <w:right w:w="80" w:type="dxa"/>
            </w:tcMar>
          </w:tcPr>
          <w:p w14:paraId="23264EDB" w14:textId="77777777" w:rsidR="00D700B7" w:rsidRDefault="00000000">
            <w:pPr>
              <w:spacing w:after="0"/>
            </w:pPr>
            <w:r>
              <w:rPr>
                <w:sz w:val="16"/>
              </w:rPr>
              <w:t>Silber</w:t>
            </w:r>
          </w:p>
        </w:tc>
      </w:tr>
      <w:tr w:rsidR="00D700B7" w14:paraId="21F556F2" w14:textId="77777777">
        <w:trPr>
          <w:jc w:val="center"/>
        </w:trPr>
        <w:tc>
          <w:tcPr>
            <w:tcW w:w="2835" w:type="dxa"/>
            <w:tcMar>
              <w:top w:w="60" w:type="dxa"/>
              <w:left w:w="80" w:type="dxa"/>
              <w:bottom w:w="60" w:type="dxa"/>
              <w:right w:w="80" w:type="dxa"/>
            </w:tcMar>
          </w:tcPr>
          <w:p w14:paraId="4FAB322E" w14:textId="77777777" w:rsidR="00D700B7" w:rsidRDefault="00000000">
            <w:pPr>
              <w:spacing w:after="0"/>
            </w:pPr>
            <w:r>
              <w:rPr>
                <w:sz w:val="16"/>
              </w:rPr>
              <w:t>50, 60, 65, 70 und 75 Jahre</w:t>
            </w:r>
          </w:p>
        </w:tc>
        <w:tc>
          <w:tcPr>
            <w:tcW w:w="6236" w:type="dxa"/>
            <w:tcMar>
              <w:top w:w="60" w:type="dxa"/>
              <w:left w:w="80" w:type="dxa"/>
              <w:bottom w:w="60" w:type="dxa"/>
              <w:right w:w="80" w:type="dxa"/>
            </w:tcMar>
          </w:tcPr>
          <w:p w14:paraId="75B0FD61" w14:textId="77777777" w:rsidR="00D700B7" w:rsidRDefault="00000000">
            <w:pPr>
              <w:spacing w:after="0"/>
            </w:pPr>
            <w:r>
              <w:rPr>
                <w:sz w:val="16"/>
              </w:rPr>
              <w:t>Gold</w:t>
            </w:r>
          </w:p>
        </w:tc>
      </w:tr>
    </w:tbl>
    <w:p w14:paraId="5C153A2F" w14:textId="77777777" w:rsidR="00D700B7" w:rsidRDefault="00D700B7">
      <w:pPr>
        <w:spacing w:after="0"/>
      </w:pPr>
    </w:p>
    <w:p w14:paraId="356606B9" w14:textId="77777777" w:rsidR="00D700B7" w:rsidRDefault="00000000">
      <w:pPr>
        <w:pStyle w:val="Abschnitt"/>
      </w:pPr>
      <w:r>
        <w:t>Verfahren</w:t>
      </w:r>
    </w:p>
    <w:p w14:paraId="261CC565" w14:textId="77777777" w:rsidR="00D700B7" w:rsidRDefault="00000000">
      <w:pPr>
        <w:ind w:left="255" w:hanging="198"/>
      </w:pPr>
      <w:r>
        <w:t>• Mitgliedschaftsdauer anhand der Mitgliedsdaten prüfen</w:t>
      </w:r>
    </w:p>
    <w:p w14:paraId="38CD7388" w14:textId="77777777" w:rsidR="00D700B7" w:rsidRDefault="00000000">
      <w:pPr>
        <w:ind w:left="255" w:hanging="198"/>
      </w:pPr>
      <w:r>
        <w:t>• Unterbrechungen und anrechenbare Zeiten nachvollziehbar klären</w:t>
      </w:r>
    </w:p>
    <w:p w14:paraId="3CD5F8F4" w14:textId="77777777" w:rsidR="00D700B7" w:rsidRDefault="00000000">
      <w:pPr>
        <w:ind w:left="255" w:hanging="198"/>
      </w:pPr>
      <w:r>
        <w:t>• Jubiläen möglichst automatisiert über den DLRG-Manager ermitteln</w:t>
      </w:r>
    </w:p>
    <w:p w14:paraId="77BC8C98" w14:textId="77777777" w:rsidR="00D700B7" w:rsidRDefault="00000000">
      <w:pPr>
        <w:ind w:left="255" w:hanging="198"/>
      </w:pPr>
      <w:r>
        <w:t>• Beantragung fristgerecht über den DLRG-Manager auslösen</w:t>
      </w:r>
    </w:p>
    <w:p w14:paraId="176A88E6" w14:textId="77777777" w:rsidR="00D700B7" w:rsidRDefault="00000000">
      <w:pPr>
        <w:ind w:left="255" w:hanging="198"/>
      </w:pPr>
      <w:r>
        <w:t>• Verleihung mit persönlichem Bezug und kurzer Würdigung gestalten</w:t>
      </w:r>
    </w:p>
    <w:p w14:paraId="6D12A5C3" w14:textId="77777777" w:rsidR="00D700B7" w:rsidRDefault="00000000">
      <w:pPr>
        <w:pStyle w:val="Abschnitt"/>
      </w:pPr>
      <w:r>
        <w:t>Kurzcheck</w:t>
      </w:r>
    </w:p>
    <w:p w14:paraId="7F6E0B3E" w14:textId="77777777" w:rsidR="00D700B7" w:rsidRDefault="00000000">
      <w:pPr>
        <w:pStyle w:val="Check"/>
        <w:ind w:left="255" w:hanging="198"/>
      </w:pPr>
      <w:r>
        <w:t>☐ Eintrittsdatum und Mitgliedschaftsdauer geprüft</w:t>
      </w:r>
    </w:p>
    <w:p w14:paraId="3BB24ED2" w14:textId="77777777" w:rsidR="00D700B7" w:rsidRDefault="00000000">
      <w:pPr>
        <w:pStyle w:val="Check"/>
        <w:ind w:left="255" w:hanging="198"/>
      </w:pPr>
      <w:r>
        <w:t>☐ Dubletten oder Unterbrechungen geklärt</w:t>
      </w:r>
    </w:p>
    <w:p w14:paraId="4286AD86" w14:textId="77777777" w:rsidR="00D700B7" w:rsidRDefault="00000000">
      <w:pPr>
        <w:pStyle w:val="Check"/>
        <w:ind w:left="255" w:hanging="198"/>
      </w:pPr>
      <w:r>
        <w:t>☐ bisherige Ehrung dokumentiert</w:t>
      </w:r>
    </w:p>
    <w:p w14:paraId="43BBC259" w14:textId="77777777" w:rsidR="00D700B7" w:rsidRDefault="00000000">
      <w:pPr>
        <w:pStyle w:val="Check"/>
        <w:ind w:left="255" w:hanging="198"/>
      </w:pPr>
      <w:r>
        <w:t>☐ Urkunde und Zeichen rechtzeitig verfügbar</w:t>
      </w:r>
    </w:p>
    <w:p w14:paraId="151BB3EA" w14:textId="77777777" w:rsidR="00D700B7" w:rsidRDefault="00000000">
      <w:pPr>
        <w:pStyle w:val="Check"/>
        <w:ind w:left="255" w:hanging="198"/>
      </w:pPr>
      <w:r>
        <w:t>☐ Laudatio und Öffentlichkeitsarbeit vorbereitet</w:t>
      </w:r>
    </w:p>
    <w:p w14:paraId="62D1DAD8" w14:textId="77777777" w:rsidR="00D700B7" w:rsidRDefault="00000000">
      <w:pPr>
        <w:pStyle w:val="Kapitel"/>
      </w:pPr>
      <w:r>
        <w:lastRenderedPageBreak/>
        <w:t>7. Ehrenurkunde und Ehrenplakette Schleswig-Holstein</w:t>
      </w:r>
    </w:p>
    <w:tbl>
      <w:tblPr>
        <w:tblStyle w:val="Tabellenraster"/>
        <w:tblW w:w="0" w:type="auto"/>
        <w:jc w:val="center"/>
        <w:tblLook w:val="04A0" w:firstRow="1" w:lastRow="0" w:firstColumn="1" w:lastColumn="0" w:noHBand="0" w:noVBand="1"/>
      </w:tblPr>
      <w:tblGrid>
        <w:gridCol w:w="1814"/>
        <w:gridCol w:w="4706"/>
        <w:gridCol w:w="4139"/>
      </w:tblGrid>
      <w:tr w:rsidR="00D700B7" w14:paraId="52C6C993" w14:textId="77777777">
        <w:trPr>
          <w:jc w:val="center"/>
        </w:trPr>
        <w:tc>
          <w:tcPr>
            <w:tcW w:w="1814" w:type="dxa"/>
            <w:shd w:val="clear" w:color="auto" w:fill="003B6F"/>
            <w:vAlign w:val="center"/>
          </w:tcPr>
          <w:p w14:paraId="27C56B35" w14:textId="77777777" w:rsidR="00D700B7" w:rsidRDefault="00000000">
            <w:r>
              <w:rPr>
                <w:b/>
                <w:color w:val="FFFFFF"/>
                <w:sz w:val="16"/>
              </w:rPr>
              <w:t>Auszeichnung</w:t>
            </w:r>
          </w:p>
        </w:tc>
        <w:tc>
          <w:tcPr>
            <w:tcW w:w="4706" w:type="dxa"/>
            <w:shd w:val="clear" w:color="auto" w:fill="003B6F"/>
            <w:vAlign w:val="center"/>
          </w:tcPr>
          <w:p w14:paraId="5BAEA8D1" w14:textId="77777777" w:rsidR="00D700B7" w:rsidRDefault="00000000">
            <w:r>
              <w:rPr>
                <w:b/>
                <w:color w:val="FFFFFF"/>
                <w:sz w:val="16"/>
              </w:rPr>
              <w:t>Zweck und Zielgruppe</w:t>
            </w:r>
          </w:p>
        </w:tc>
        <w:tc>
          <w:tcPr>
            <w:tcW w:w="4139" w:type="dxa"/>
            <w:shd w:val="clear" w:color="auto" w:fill="003B6F"/>
            <w:vAlign w:val="center"/>
          </w:tcPr>
          <w:p w14:paraId="568F4E97" w14:textId="77777777" w:rsidR="00D700B7" w:rsidRDefault="00000000">
            <w:r>
              <w:rPr>
                <w:b/>
                <w:color w:val="FFFFFF"/>
                <w:sz w:val="16"/>
              </w:rPr>
              <w:t>Besonderheiten</w:t>
            </w:r>
          </w:p>
        </w:tc>
      </w:tr>
      <w:tr w:rsidR="00D700B7" w14:paraId="5C2C61F6" w14:textId="77777777">
        <w:trPr>
          <w:jc w:val="center"/>
        </w:trPr>
        <w:tc>
          <w:tcPr>
            <w:tcW w:w="1814" w:type="dxa"/>
            <w:tcMar>
              <w:top w:w="60" w:type="dxa"/>
              <w:left w:w="80" w:type="dxa"/>
              <w:bottom w:w="60" w:type="dxa"/>
              <w:right w:w="80" w:type="dxa"/>
            </w:tcMar>
          </w:tcPr>
          <w:p w14:paraId="2F2FFAA0" w14:textId="77777777" w:rsidR="00D700B7" w:rsidRDefault="00000000">
            <w:pPr>
              <w:spacing w:after="0"/>
            </w:pPr>
            <w:r>
              <w:rPr>
                <w:sz w:val="16"/>
              </w:rPr>
              <w:t>Ehrenurkunde</w:t>
            </w:r>
          </w:p>
        </w:tc>
        <w:tc>
          <w:tcPr>
            <w:tcW w:w="4706" w:type="dxa"/>
            <w:tcMar>
              <w:top w:w="60" w:type="dxa"/>
              <w:left w:w="80" w:type="dxa"/>
              <w:bottom w:w="60" w:type="dxa"/>
              <w:right w:w="80" w:type="dxa"/>
            </w:tcMar>
          </w:tcPr>
          <w:p w14:paraId="5EAE8704" w14:textId="77777777" w:rsidR="00D700B7" w:rsidRDefault="00000000">
            <w:pPr>
              <w:spacing w:after="0"/>
            </w:pPr>
            <w:r>
              <w:rPr>
                <w:sz w:val="16"/>
              </w:rPr>
              <w:t>langjährige aktive Mitarbeit, besondere Förderung oder herausragendes Engagement; auch Nichtmitglieder mit gleichwertigen Verdiensten</w:t>
            </w:r>
          </w:p>
        </w:tc>
        <w:tc>
          <w:tcPr>
            <w:tcW w:w="4139" w:type="dxa"/>
            <w:tcMar>
              <w:top w:w="60" w:type="dxa"/>
              <w:left w:w="80" w:type="dxa"/>
              <w:bottom w:w="60" w:type="dxa"/>
              <w:right w:w="80" w:type="dxa"/>
            </w:tcMar>
          </w:tcPr>
          <w:p w14:paraId="687E9BD0" w14:textId="667CAEF9" w:rsidR="00D700B7" w:rsidRDefault="00000000">
            <w:pPr>
              <w:spacing w:after="0"/>
            </w:pPr>
            <w:r>
              <w:rPr>
                <w:sz w:val="16"/>
              </w:rPr>
              <w:t>landesverbandliche Ehrung; Verdienste müssen für die DLRG Schleswig-Holstein konkret beschrieben sein</w:t>
            </w:r>
            <w:r w:rsidR="00FE3D52">
              <w:rPr>
                <w:sz w:val="16"/>
              </w:rPr>
              <w:t xml:space="preserve">. Es </w:t>
            </w:r>
            <w:proofErr w:type="spellStart"/>
            <w:r w:rsidR="00FE3D52">
              <w:rPr>
                <w:sz w:val="16"/>
              </w:rPr>
              <w:t>gibt</w:t>
            </w:r>
            <w:proofErr w:type="spellEnd"/>
            <w:r w:rsidR="00FE3D52">
              <w:rPr>
                <w:sz w:val="16"/>
              </w:rPr>
              <w:t xml:space="preserve"> </w:t>
            </w:r>
            <w:proofErr w:type="spellStart"/>
            <w:r w:rsidR="00FE3D52">
              <w:rPr>
                <w:sz w:val="16"/>
              </w:rPr>
              <w:t>keine</w:t>
            </w:r>
            <w:proofErr w:type="spellEnd"/>
            <w:r w:rsidR="00FE3D52">
              <w:rPr>
                <w:sz w:val="16"/>
              </w:rPr>
              <w:t xml:space="preserve"> </w:t>
            </w:r>
            <w:proofErr w:type="spellStart"/>
            <w:r w:rsidR="00FE3D52">
              <w:rPr>
                <w:sz w:val="16"/>
              </w:rPr>
              <w:t>Vorgabe</w:t>
            </w:r>
            <w:proofErr w:type="spellEnd"/>
            <w:r w:rsidR="00FE3D52">
              <w:rPr>
                <w:sz w:val="16"/>
              </w:rPr>
              <w:t xml:space="preserve"> </w:t>
            </w:r>
            <w:proofErr w:type="spellStart"/>
            <w:r w:rsidR="00FE3D52">
              <w:rPr>
                <w:sz w:val="16"/>
              </w:rPr>
              <w:t>nach</w:t>
            </w:r>
            <w:proofErr w:type="spellEnd"/>
            <w:r w:rsidR="00FE3D52">
              <w:rPr>
                <w:sz w:val="16"/>
              </w:rPr>
              <w:t xml:space="preserve"> </w:t>
            </w:r>
            <w:proofErr w:type="spellStart"/>
            <w:r w:rsidR="00FE3D52">
              <w:rPr>
                <w:sz w:val="16"/>
              </w:rPr>
              <w:t>wie</w:t>
            </w:r>
            <w:proofErr w:type="spellEnd"/>
            <w:r w:rsidR="00FE3D52">
              <w:rPr>
                <w:sz w:val="16"/>
              </w:rPr>
              <w:t xml:space="preserve"> </w:t>
            </w:r>
            <w:proofErr w:type="spellStart"/>
            <w:r w:rsidR="00FE3D52">
              <w:rPr>
                <w:sz w:val="16"/>
              </w:rPr>
              <w:t>vielen</w:t>
            </w:r>
            <w:proofErr w:type="spellEnd"/>
            <w:r w:rsidR="00FE3D52">
              <w:rPr>
                <w:sz w:val="16"/>
              </w:rPr>
              <w:t xml:space="preserve"> Jahren die </w:t>
            </w:r>
            <w:proofErr w:type="spellStart"/>
            <w:r w:rsidR="00FE3D52">
              <w:rPr>
                <w:sz w:val="16"/>
              </w:rPr>
              <w:t>Ehrung</w:t>
            </w:r>
            <w:proofErr w:type="spellEnd"/>
            <w:r w:rsidR="00FE3D52">
              <w:rPr>
                <w:sz w:val="16"/>
              </w:rPr>
              <w:t xml:space="preserve"> </w:t>
            </w:r>
            <w:proofErr w:type="spellStart"/>
            <w:r w:rsidR="00FE3D52">
              <w:rPr>
                <w:sz w:val="16"/>
              </w:rPr>
              <w:t>erfolgen</w:t>
            </w:r>
            <w:proofErr w:type="spellEnd"/>
            <w:r w:rsidR="00FE3D52">
              <w:rPr>
                <w:sz w:val="16"/>
              </w:rPr>
              <w:t xml:space="preserve"> </w:t>
            </w:r>
            <w:proofErr w:type="spellStart"/>
            <w:r w:rsidR="00FE3D52">
              <w:rPr>
                <w:sz w:val="16"/>
              </w:rPr>
              <w:t>darf</w:t>
            </w:r>
            <w:proofErr w:type="spellEnd"/>
            <w:r w:rsidR="00FE3D52">
              <w:rPr>
                <w:sz w:val="16"/>
              </w:rPr>
              <w:t xml:space="preserve">. Sie </w:t>
            </w:r>
            <w:proofErr w:type="spellStart"/>
            <w:r w:rsidR="00FE3D52">
              <w:rPr>
                <w:sz w:val="16"/>
              </w:rPr>
              <w:t>kann</w:t>
            </w:r>
            <w:proofErr w:type="spellEnd"/>
            <w:r w:rsidR="00FE3D52">
              <w:rPr>
                <w:sz w:val="16"/>
              </w:rPr>
              <w:t xml:space="preserve"> </w:t>
            </w:r>
            <w:proofErr w:type="spellStart"/>
            <w:r w:rsidR="00FE3D52">
              <w:rPr>
                <w:sz w:val="16"/>
              </w:rPr>
              <w:t>daher</w:t>
            </w:r>
            <w:proofErr w:type="spellEnd"/>
            <w:r w:rsidR="00FE3D52">
              <w:rPr>
                <w:sz w:val="16"/>
              </w:rPr>
              <w:t xml:space="preserve"> </w:t>
            </w:r>
            <w:proofErr w:type="spellStart"/>
            <w:r w:rsidR="00FE3D52">
              <w:rPr>
                <w:sz w:val="16"/>
              </w:rPr>
              <w:t>sehr</w:t>
            </w:r>
            <w:proofErr w:type="spellEnd"/>
            <w:r w:rsidR="00FE3D52">
              <w:rPr>
                <w:sz w:val="16"/>
              </w:rPr>
              <w:t xml:space="preserve"> </w:t>
            </w:r>
            <w:proofErr w:type="spellStart"/>
            <w:r w:rsidR="00FE3D52">
              <w:rPr>
                <w:sz w:val="16"/>
              </w:rPr>
              <w:t>früh</w:t>
            </w:r>
            <w:proofErr w:type="spellEnd"/>
            <w:r w:rsidR="00FE3D52">
              <w:rPr>
                <w:sz w:val="16"/>
              </w:rPr>
              <w:t xml:space="preserve"> </w:t>
            </w:r>
            <w:proofErr w:type="spellStart"/>
            <w:r w:rsidR="00FE3D52">
              <w:rPr>
                <w:sz w:val="16"/>
              </w:rPr>
              <w:t>erfolgen</w:t>
            </w:r>
            <w:proofErr w:type="spellEnd"/>
            <w:r w:rsidR="00FE3D52">
              <w:rPr>
                <w:sz w:val="16"/>
              </w:rPr>
              <w:t>.</w:t>
            </w:r>
          </w:p>
        </w:tc>
      </w:tr>
      <w:tr w:rsidR="00D700B7" w14:paraId="4E92ED93" w14:textId="77777777">
        <w:trPr>
          <w:jc w:val="center"/>
        </w:trPr>
        <w:tc>
          <w:tcPr>
            <w:tcW w:w="1814" w:type="dxa"/>
            <w:shd w:val="clear" w:color="auto" w:fill="F3F7FA"/>
            <w:tcMar>
              <w:top w:w="60" w:type="dxa"/>
              <w:left w:w="80" w:type="dxa"/>
              <w:bottom w:w="60" w:type="dxa"/>
              <w:right w:w="80" w:type="dxa"/>
            </w:tcMar>
          </w:tcPr>
          <w:p w14:paraId="2DB70DAF" w14:textId="77777777" w:rsidR="00D700B7" w:rsidRDefault="00000000">
            <w:pPr>
              <w:spacing w:after="0"/>
            </w:pPr>
            <w:r>
              <w:rPr>
                <w:sz w:val="16"/>
              </w:rPr>
              <w:t>Ehrenplakette</w:t>
            </w:r>
          </w:p>
        </w:tc>
        <w:tc>
          <w:tcPr>
            <w:tcW w:w="4706" w:type="dxa"/>
            <w:shd w:val="clear" w:color="auto" w:fill="F3F7FA"/>
            <w:tcMar>
              <w:top w:w="60" w:type="dxa"/>
              <w:left w:w="80" w:type="dxa"/>
              <w:bottom w:w="60" w:type="dxa"/>
              <w:right w:w="80" w:type="dxa"/>
            </w:tcMar>
          </w:tcPr>
          <w:p w14:paraId="6294BAF4" w14:textId="77777777" w:rsidR="00D700B7" w:rsidRDefault="00000000">
            <w:pPr>
              <w:spacing w:after="0"/>
            </w:pPr>
            <w:r>
              <w:rPr>
                <w:sz w:val="16"/>
              </w:rPr>
              <w:t>außergewöhnliche Verdienste um die DLRG Schleswig-Holstein; höchste regelmäßige Ehrung des Landesverbandes</w:t>
            </w:r>
          </w:p>
        </w:tc>
        <w:tc>
          <w:tcPr>
            <w:tcW w:w="4139" w:type="dxa"/>
            <w:shd w:val="clear" w:color="auto" w:fill="F3F7FA"/>
            <w:tcMar>
              <w:top w:w="60" w:type="dxa"/>
              <w:left w:w="80" w:type="dxa"/>
              <w:bottom w:w="60" w:type="dxa"/>
              <w:right w:w="80" w:type="dxa"/>
            </w:tcMar>
          </w:tcPr>
          <w:p w14:paraId="7ED50E4F" w14:textId="77777777" w:rsidR="00D700B7" w:rsidRDefault="00000000">
            <w:pPr>
              <w:spacing w:after="0"/>
            </w:pPr>
            <w:r>
              <w:rPr>
                <w:sz w:val="16"/>
              </w:rPr>
              <w:t>nach dem Handbuch grundsätzlich Verdienstzeichen Gold oder außergewöhnliche Verdienste; maximal drei Verleihungen pro Kalenderjahr</w:t>
            </w:r>
          </w:p>
        </w:tc>
      </w:tr>
    </w:tbl>
    <w:p w14:paraId="75B10A6C" w14:textId="77777777" w:rsidR="00D700B7" w:rsidRDefault="00D700B7">
      <w:pPr>
        <w:spacing w:after="0"/>
      </w:pPr>
    </w:p>
    <w:p w14:paraId="23E9D243" w14:textId="77777777" w:rsidR="00D700B7" w:rsidRDefault="00000000">
      <w:pPr>
        <w:pStyle w:val="Abschnitt"/>
      </w:pPr>
      <w:r>
        <w:t>Bewertungsfragen</w:t>
      </w:r>
    </w:p>
    <w:p w14:paraId="5C342616" w14:textId="77777777" w:rsidR="00D700B7" w:rsidRDefault="00000000">
      <w:pPr>
        <w:ind w:left="255" w:hanging="198"/>
      </w:pPr>
      <w:r>
        <w:t>• Geht die Leistung deutlich über reguläre Pflichterfüllung hinaus?</w:t>
      </w:r>
    </w:p>
    <w:p w14:paraId="57A5FA59" w14:textId="77777777" w:rsidR="00D700B7" w:rsidRDefault="00000000">
      <w:pPr>
        <w:ind w:left="255" w:hanging="198"/>
      </w:pPr>
      <w:r>
        <w:t>• Ist die Wirkung für die DLRG Schleswig-Holstein konkret erkennbar?</w:t>
      </w:r>
    </w:p>
    <w:p w14:paraId="158218CD" w14:textId="77777777" w:rsidR="00D700B7" w:rsidRDefault="00000000">
      <w:pPr>
        <w:ind w:left="255" w:hanging="198"/>
      </w:pPr>
      <w:r>
        <w:t>• Besteht nachhaltiger Nutzen oder außergewöhnliche Förderung?</w:t>
      </w:r>
    </w:p>
    <w:p w14:paraId="3AFE3C9A" w14:textId="77777777" w:rsidR="00D700B7" w:rsidRDefault="00000000">
      <w:pPr>
        <w:ind w:left="255" w:hanging="198"/>
      </w:pPr>
      <w:r>
        <w:t>• Ist die vorgeschlagene Ehrung gegenüber anderen Stufen nachvollziehbar abgegrenzt?</w:t>
      </w:r>
    </w:p>
    <w:p w14:paraId="4667A867" w14:textId="77777777" w:rsidR="00D700B7" w:rsidRDefault="00000000">
      <w:pPr>
        <w:ind w:left="255" w:hanging="198"/>
      </w:pPr>
      <w:r>
        <w:t>• Sind Antragsberechtigung und Entscheidungsgremium korrekt?</w:t>
      </w:r>
    </w:p>
    <w:p w14:paraId="11B443B3" w14:textId="77777777" w:rsidR="00D700B7" w:rsidRDefault="00000000">
      <w:pPr>
        <w:pStyle w:val="Kapitel"/>
      </w:pPr>
      <w:r>
        <w:t>8. Antragsverfahren und Qualitätsstandards</w:t>
      </w:r>
    </w:p>
    <w:p w14:paraId="4B95DA0E" w14:textId="77777777" w:rsidR="00D700B7" w:rsidRDefault="00000000">
      <w:pPr>
        <w:pStyle w:val="Abschnitt"/>
      </w:pPr>
      <w:r>
        <w:t>Verbindlicher Antragsweg über den DLRG-Manager</w:t>
      </w:r>
    </w:p>
    <w:p w14:paraId="4EDB357C" w14:textId="77777777" w:rsidR="00D700B7" w:rsidRDefault="00000000">
      <w:r>
        <w:t>Ehrungsanträge sollen grundsätzlich digital über den DLRG-Manager eingereicht werden. Der DLRG-Manager ist damit der verbindliche Standardweg für die Antragstellung, Weiterleitung, Prüfung und Dokumentation. Die antragstellende Gliederung erfasst dort alle erforderlichen Personendaten, Funktionen, Tätigkeitszeiträume, bisherigen Ehrungen, die Begründung sowie gegebenenfalls ergänzende Nachweise. Anschließend wird der Antrag über den im System vorgesehenen Dienstweg an die zuständige Ebene weitergeleitet. Eine Antragstellung außerhalb des DLRG-Managers soll nur erfolgen, wenn für die betreffende Ehrung im System noch kein digitales Verfahren bereitsteht oder die zuständige Stelle ausdrücklich einen anderen Weg vorgibt.</w:t>
      </w:r>
    </w:p>
    <w:p w14:paraId="4A9FAD30" w14:textId="77777777" w:rsidR="00D700B7" w:rsidRDefault="00000000">
      <w:r>
        <w:t>• Antrag im DLRG-Manager anlegen und die passende Ehrungsart auswählen</w:t>
      </w:r>
    </w:p>
    <w:p w14:paraId="6AC3EDCA" w14:textId="77777777" w:rsidR="00D700B7" w:rsidRDefault="00000000">
      <w:r>
        <w:t>• Stammdaten, Funktionen, Zeiträume und bisherige Ehrungen prüfen und ergänzen</w:t>
      </w:r>
    </w:p>
    <w:p w14:paraId="7986590A" w14:textId="77777777" w:rsidR="00D700B7" w:rsidRDefault="00000000">
      <w:r>
        <w:t>• Begründung vollständig und stufengerecht im vorgesehenen Feld erfassen</w:t>
      </w:r>
    </w:p>
    <w:p w14:paraId="3212BBBC" w14:textId="77777777" w:rsidR="00D700B7" w:rsidRDefault="00000000">
      <w:r>
        <w:t>• erforderliche Nachweise als Anlage beifügen oder eindeutig dokumentieren</w:t>
      </w:r>
    </w:p>
    <w:p w14:paraId="13B8F2BE" w14:textId="77777777" w:rsidR="00D700B7" w:rsidRDefault="00000000">
      <w:r>
        <w:t>• Antrag durch die berechtigte Gliederung freigeben und digital weiterleiten</w:t>
      </w:r>
    </w:p>
    <w:p w14:paraId="39451587" w14:textId="77777777" w:rsidR="00D700B7" w:rsidRDefault="00000000">
      <w:r>
        <w:t>• Bearbeitungsstand, Rückfragen und Entscheidung im DLRG-Manager nachhalten</w:t>
      </w:r>
    </w:p>
    <w:p w14:paraId="2A579FDB" w14:textId="77777777" w:rsidR="00D700B7" w:rsidRDefault="00000000">
      <w:pPr>
        <w:pStyle w:val="Abschnitt"/>
      </w:pPr>
      <w:r>
        <w:t>Standardprozess</w:t>
      </w:r>
    </w:p>
    <w:tbl>
      <w:tblPr>
        <w:tblStyle w:val="Tabellenraster"/>
        <w:tblW w:w="0" w:type="auto"/>
        <w:jc w:val="center"/>
        <w:tblLook w:val="04A0" w:firstRow="1" w:lastRow="0" w:firstColumn="1" w:lastColumn="0" w:noHBand="0" w:noVBand="1"/>
      </w:tblPr>
      <w:tblGrid>
        <w:gridCol w:w="2098"/>
        <w:gridCol w:w="7143"/>
      </w:tblGrid>
      <w:tr w:rsidR="00D700B7" w14:paraId="679E3D79" w14:textId="77777777">
        <w:trPr>
          <w:jc w:val="center"/>
        </w:trPr>
        <w:tc>
          <w:tcPr>
            <w:tcW w:w="2098" w:type="dxa"/>
            <w:shd w:val="clear" w:color="auto" w:fill="003B6F"/>
            <w:vAlign w:val="center"/>
          </w:tcPr>
          <w:p w14:paraId="7E9C56CB" w14:textId="77777777" w:rsidR="00D700B7" w:rsidRDefault="00000000">
            <w:r>
              <w:rPr>
                <w:b/>
                <w:color w:val="FFFFFF"/>
                <w:sz w:val="16"/>
              </w:rPr>
              <w:t>Schritt</w:t>
            </w:r>
          </w:p>
        </w:tc>
        <w:tc>
          <w:tcPr>
            <w:tcW w:w="7143" w:type="dxa"/>
            <w:shd w:val="clear" w:color="auto" w:fill="003B6F"/>
            <w:vAlign w:val="center"/>
          </w:tcPr>
          <w:p w14:paraId="4EBA9977" w14:textId="77777777" w:rsidR="00D700B7" w:rsidRDefault="00000000">
            <w:r>
              <w:rPr>
                <w:b/>
                <w:color w:val="FFFFFF"/>
                <w:sz w:val="16"/>
              </w:rPr>
              <w:t>Inhalt</w:t>
            </w:r>
          </w:p>
        </w:tc>
      </w:tr>
      <w:tr w:rsidR="00D700B7" w14:paraId="520D0E1C" w14:textId="77777777">
        <w:trPr>
          <w:jc w:val="center"/>
        </w:trPr>
        <w:tc>
          <w:tcPr>
            <w:tcW w:w="2098" w:type="dxa"/>
            <w:tcMar>
              <w:top w:w="60" w:type="dxa"/>
              <w:left w:w="80" w:type="dxa"/>
              <w:bottom w:w="60" w:type="dxa"/>
              <w:right w:w="80" w:type="dxa"/>
            </w:tcMar>
          </w:tcPr>
          <w:p w14:paraId="3CA94398" w14:textId="77777777" w:rsidR="00D700B7" w:rsidRDefault="00000000">
            <w:pPr>
              <w:spacing w:after="0"/>
            </w:pPr>
            <w:r>
              <w:rPr>
                <w:sz w:val="16"/>
              </w:rPr>
              <w:t>1. Kandidat identifizieren</w:t>
            </w:r>
          </w:p>
        </w:tc>
        <w:tc>
          <w:tcPr>
            <w:tcW w:w="7143" w:type="dxa"/>
            <w:tcMar>
              <w:top w:w="60" w:type="dxa"/>
              <w:left w:w="80" w:type="dxa"/>
              <w:bottom w:w="60" w:type="dxa"/>
              <w:right w:w="80" w:type="dxa"/>
            </w:tcMar>
          </w:tcPr>
          <w:p w14:paraId="4492E2A1" w14:textId="77777777" w:rsidR="00D700B7" w:rsidRDefault="00000000">
            <w:pPr>
              <w:spacing w:after="0"/>
            </w:pPr>
            <w:r>
              <w:rPr>
                <w:sz w:val="16"/>
              </w:rPr>
              <w:t>Leistungen, Jubiläen und besondere Ereignisse regelmäßig prüfen.</w:t>
            </w:r>
          </w:p>
        </w:tc>
      </w:tr>
      <w:tr w:rsidR="00D700B7" w14:paraId="47CE4069" w14:textId="77777777">
        <w:trPr>
          <w:jc w:val="center"/>
        </w:trPr>
        <w:tc>
          <w:tcPr>
            <w:tcW w:w="2098" w:type="dxa"/>
            <w:shd w:val="clear" w:color="auto" w:fill="F3F7FA"/>
            <w:tcMar>
              <w:top w:w="60" w:type="dxa"/>
              <w:left w:w="80" w:type="dxa"/>
              <w:bottom w:w="60" w:type="dxa"/>
              <w:right w:w="80" w:type="dxa"/>
            </w:tcMar>
          </w:tcPr>
          <w:p w14:paraId="59E316EC" w14:textId="77777777" w:rsidR="00D700B7" w:rsidRDefault="00000000">
            <w:pPr>
              <w:spacing w:after="0"/>
            </w:pPr>
            <w:r>
              <w:rPr>
                <w:sz w:val="16"/>
              </w:rPr>
              <w:t>2. Voraussetzungen prüfen</w:t>
            </w:r>
          </w:p>
        </w:tc>
        <w:tc>
          <w:tcPr>
            <w:tcW w:w="7143" w:type="dxa"/>
            <w:shd w:val="clear" w:color="auto" w:fill="F3F7FA"/>
            <w:tcMar>
              <w:top w:w="60" w:type="dxa"/>
              <w:left w:w="80" w:type="dxa"/>
              <w:bottom w:w="60" w:type="dxa"/>
              <w:right w:w="80" w:type="dxa"/>
            </w:tcMar>
          </w:tcPr>
          <w:p w14:paraId="77F331E6" w14:textId="77777777" w:rsidR="00D700B7" w:rsidRDefault="00000000">
            <w:pPr>
              <w:spacing w:after="0"/>
            </w:pPr>
            <w:r>
              <w:rPr>
                <w:sz w:val="16"/>
              </w:rPr>
              <w:t>Ehrungsordnung, Vorstufen, Zeiträume, Zuständigkeit und Fristen abgleichen.</w:t>
            </w:r>
          </w:p>
        </w:tc>
      </w:tr>
      <w:tr w:rsidR="00D700B7" w14:paraId="55CE6185" w14:textId="77777777">
        <w:trPr>
          <w:jc w:val="center"/>
        </w:trPr>
        <w:tc>
          <w:tcPr>
            <w:tcW w:w="2098" w:type="dxa"/>
            <w:tcMar>
              <w:top w:w="60" w:type="dxa"/>
              <w:left w:w="80" w:type="dxa"/>
              <w:bottom w:w="60" w:type="dxa"/>
              <w:right w:w="80" w:type="dxa"/>
            </w:tcMar>
          </w:tcPr>
          <w:p w14:paraId="4E89DFB9" w14:textId="77777777" w:rsidR="00D700B7" w:rsidRDefault="00000000">
            <w:pPr>
              <w:spacing w:after="0"/>
            </w:pPr>
            <w:r>
              <w:rPr>
                <w:sz w:val="16"/>
              </w:rPr>
              <w:t>3. Unterlagen sammeln</w:t>
            </w:r>
          </w:p>
        </w:tc>
        <w:tc>
          <w:tcPr>
            <w:tcW w:w="7143" w:type="dxa"/>
            <w:tcMar>
              <w:top w:w="60" w:type="dxa"/>
              <w:left w:w="80" w:type="dxa"/>
              <w:bottom w:w="60" w:type="dxa"/>
              <w:right w:w="80" w:type="dxa"/>
            </w:tcMar>
          </w:tcPr>
          <w:p w14:paraId="1A58A569" w14:textId="77777777" w:rsidR="00D700B7" w:rsidRDefault="00000000">
            <w:pPr>
              <w:spacing w:after="0"/>
            </w:pPr>
            <w:r>
              <w:rPr>
                <w:sz w:val="16"/>
              </w:rPr>
              <w:t>Lebenslauf, Funktionen, Nachweise, bisherige Ehrungen und Belege vervollständigen.</w:t>
            </w:r>
          </w:p>
        </w:tc>
      </w:tr>
      <w:tr w:rsidR="00D700B7" w14:paraId="7D521923" w14:textId="77777777">
        <w:trPr>
          <w:jc w:val="center"/>
        </w:trPr>
        <w:tc>
          <w:tcPr>
            <w:tcW w:w="2098" w:type="dxa"/>
            <w:shd w:val="clear" w:color="auto" w:fill="F3F7FA"/>
            <w:tcMar>
              <w:top w:w="60" w:type="dxa"/>
              <w:left w:w="80" w:type="dxa"/>
              <w:bottom w:w="60" w:type="dxa"/>
              <w:right w:w="80" w:type="dxa"/>
            </w:tcMar>
          </w:tcPr>
          <w:p w14:paraId="698003E1" w14:textId="77777777" w:rsidR="00D700B7" w:rsidRDefault="00000000">
            <w:pPr>
              <w:spacing w:after="0"/>
            </w:pPr>
            <w:r>
              <w:rPr>
                <w:sz w:val="16"/>
              </w:rPr>
              <w:t>4. Begründung verfassen</w:t>
            </w:r>
          </w:p>
        </w:tc>
        <w:tc>
          <w:tcPr>
            <w:tcW w:w="7143" w:type="dxa"/>
            <w:shd w:val="clear" w:color="auto" w:fill="F3F7FA"/>
            <w:tcMar>
              <w:top w:w="60" w:type="dxa"/>
              <w:left w:w="80" w:type="dxa"/>
              <w:bottom w:w="60" w:type="dxa"/>
              <w:right w:w="80" w:type="dxa"/>
            </w:tcMar>
          </w:tcPr>
          <w:p w14:paraId="6F21C366" w14:textId="77777777" w:rsidR="00D700B7" w:rsidRDefault="00000000">
            <w:pPr>
              <w:spacing w:after="0"/>
            </w:pPr>
            <w:r>
              <w:rPr>
                <w:sz w:val="16"/>
              </w:rPr>
              <w:t>konkret, chronologisch, wirkungsorientiert und stufengerecht formulieren.</w:t>
            </w:r>
          </w:p>
        </w:tc>
      </w:tr>
      <w:tr w:rsidR="00D700B7" w14:paraId="6712897F" w14:textId="77777777">
        <w:trPr>
          <w:jc w:val="center"/>
        </w:trPr>
        <w:tc>
          <w:tcPr>
            <w:tcW w:w="2098" w:type="dxa"/>
            <w:tcMar>
              <w:top w:w="60" w:type="dxa"/>
              <w:left w:w="80" w:type="dxa"/>
              <w:bottom w:w="60" w:type="dxa"/>
              <w:right w:w="80" w:type="dxa"/>
            </w:tcMar>
          </w:tcPr>
          <w:p w14:paraId="519B41EF" w14:textId="77777777" w:rsidR="00D700B7" w:rsidRDefault="00000000">
            <w:pPr>
              <w:spacing w:after="0"/>
            </w:pPr>
            <w:r>
              <w:rPr>
                <w:sz w:val="16"/>
              </w:rPr>
              <w:t>5. Beschluss und Dienstweg</w:t>
            </w:r>
          </w:p>
        </w:tc>
        <w:tc>
          <w:tcPr>
            <w:tcW w:w="7143" w:type="dxa"/>
            <w:tcMar>
              <w:top w:w="60" w:type="dxa"/>
              <w:left w:w="80" w:type="dxa"/>
              <w:bottom w:w="60" w:type="dxa"/>
              <w:right w:w="80" w:type="dxa"/>
            </w:tcMar>
          </w:tcPr>
          <w:p w14:paraId="4C3D4F28" w14:textId="77777777" w:rsidR="00D700B7" w:rsidRDefault="00000000">
            <w:pPr>
              <w:spacing w:after="0"/>
            </w:pPr>
            <w:r>
              <w:rPr>
                <w:sz w:val="16"/>
              </w:rPr>
              <w:t>erforderliche Gremienentscheidung herbeiführen und Antrag korrekt weiterleiten.</w:t>
            </w:r>
          </w:p>
        </w:tc>
      </w:tr>
      <w:tr w:rsidR="00D700B7" w14:paraId="57455763" w14:textId="77777777">
        <w:trPr>
          <w:jc w:val="center"/>
        </w:trPr>
        <w:tc>
          <w:tcPr>
            <w:tcW w:w="2098" w:type="dxa"/>
            <w:shd w:val="clear" w:color="auto" w:fill="F3F7FA"/>
            <w:tcMar>
              <w:top w:w="60" w:type="dxa"/>
              <w:left w:w="80" w:type="dxa"/>
              <w:bottom w:w="60" w:type="dxa"/>
              <w:right w:w="80" w:type="dxa"/>
            </w:tcMar>
          </w:tcPr>
          <w:p w14:paraId="4D31B06B" w14:textId="77777777" w:rsidR="00D700B7" w:rsidRDefault="00000000">
            <w:pPr>
              <w:spacing w:after="0"/>
            </w:pPr>
            <w:r>
              <w:rPr>
                <w:sz w:val="16"/>
              </w:rPr>
              <w:t>6. Prüfung/Entscheidung</w:t>
            </w:r>
          </w:p>
        </w:tc>
        <w:tc>
          <w:tcPr>
            <w:tcW w:w="7143" w:type="dxa"/>
            <w:shd w:val="clear" w:color="auto" w:fill="F3F7FA"/>
            <w:tcMar>
              <w:top w:w="60" w:type="dxa"/>
              <w:left w:w="80" w:type="dxa"/>
              <w:bottom w:w="60" w:type="dxa"/>
              <w:right w:w="80" w:type="dxa"/>
            </w:tcMar>
          </w:tcPr>
          <w:p w14:paraId="0649C633" w14:textId="77777777" w:rsidR="00D700B7" w:rsidRDefault="00000000">
            <w:pPr>
              <w:spacing w:after="0"/>
            </w:pPr>
            <w:r>
              <w:rPr>
                <w:sz w:val="16"/>
              </w:rPr>
              <w:t>Rückfragen zügig beantworten; Entscheidung dokumentieren.</w:t>
            </w:r>
          </w:p>
        </w:tc>
      </w:tr>
      <w:tr w:rsidR="00D700B7" w14:paraId="653410A9" w14:textId="77777777">
        <w:trPr>
          <w:jc w:val="center"/>
        </w:trPr>
        <w:tc>
          <w:tcPr>
            <w:tcW w:w="2098" w:type="dxa"/>
            <w:tcMar>
              <w:top w:w="60" w:type="dxa"/>
              <w:left w:w="80" w:type="dxa"/>
              <w:bottom w:w="60" w:type="dxa"/>
              <w:right w:w="80" w:type="dxa"/>
            </w:tcMar>
          </w:tcPr>
          <w:p w14:paraId="1A364809" w14:textId="77777777" w:rsidR="00D700B7" w:rsidRDefault="00000000">
            <w:pPr>
              <w:spacing w:after="0"/>
            </w:pPr>
            <w:r>
              <w:rPr>
                <w:sz w:val="16"/>
              </w:rPr>
              <w:t>7. Verleihung vorbereiten</w:t>
            </w:r>
          </w:p>
        </w:tc>
        <w:tc>
          <w:tcPr>
            <w:tcW w:w="7143" w:type="dxa"/>
            <w:tcMar>
              <w:top w:w="60" w:type="dxa"/>
              <w:left w:w="80" w:type="dxa"/>
              <w:bottom w:w="60" w:type="dxa"/>
              <w:right w:w="80" w:type="dxa"/>
            </w:tcMar>
          </w:tcPr>
          <w:p w14:paraId="2F76374B" w14:textId="77777777" w:rsidR="00D700B7" w:rsidRDefault="00000000">
            <w:pPr>
              <w:spacing w:after="0"/>
            </w:pPr>
            <w:r>
              <w:rPr>
                <w:sz w:val="16"/>
              </w:rPr>
              <w:t>Termin, Urkunde, Zeichen, Laudatio, Presse und Foto organisieren.</w:t>
            </w:r>
          </w:p>
        </w:tc>
      </w:tr>
      <w:tr w:rsidR="00D700B7" w14:paraId="2FCAD22E" w14:textId="77777777">
        <w:trPr>
          <w:jc w:val="center"/>
        </w:trPr>
        <w:tc>
          <w:tcPr>
            <w:tcW w:w="2098" w:type="dxa"/>
            <w:shd w:val="clear" w:color="auto" w:fill="F3F7FA"/>
            <w:tcMar>
              <w:top w:w="60" w:type="dxa"/>
              <w:left w:w="80" w:type="dxa"/>
              <w:bottom w:w="60" w:type="dxa"/>
              <w:right w:w="80" w:type="dxa"/>
            </w:tcMar>
          </w:tcPr>
          <w:p w14:paraId="19700A20" w14:textId="77777777" w:rsidR="00D700B7" w:rsidRDefault="00000000">
            <w:pPr>
              <w:spacing w:after="0"/>
            </w:pPr>
            <w:r>
              <w:rPr>
                <w:sz w:val="16"/>
              </w:rPr>
              <w:t>8. Nachbereitung</w:t>
            </w:r>
          </w:p>
        </w:tc>
        <w:tc>
          <w:tcPr>
            <w:tcW w:w="7143" w:type="dxa"/>
            <w:shd w:val="clear" w:color="auto" w:fill="F3F7FA"/>
            <w:tcMar>
              <w:top w:w="60" w:type="dxa"/>
              <w:left w:w="80" w:type="dxa"/>
              <w:bottom w:w="60" w:type="dxa"/>
              <w:right w:w="80" w:type="dxa"/>
            </w:tcMar>
          </w:tcPr>
          <w:p w14:paraId="7A412239" w14:textId="77777777" w:rsidR="00D700B7" w:rsidRDefault="00000000">
            <w:pPr>
              <w:spacing w:after="0"/>
            </w:pPr>
            <w:r>
              <w:rPr>
                <w:sz w:val="16"/>
              </w:rPr>
              <w:t>Ehrung in Mitgliederakte und Ehrungsdatenbank eintragen; Unterlagen archivieren.</w:t>
            </w:r>
          </w:p>
        </w:tc>
      </w:tr>
    </w:tbl>
    <w:p w14:paraId="12EDF0BA" w14:textId="77777777" w:rsidR="00D700B7" w:rsidRDefault="00D700B7">
      <w:pPr>
        <w:spacing w:after="0"/>
      </w:pPr>
    </w:p>
    <w:p w14:paraId="4D38C405" w14:textId="77777777" w:rsidR="00D700B7" w:rsidRDefault="00000000">
      <w:pPr>
        <w:pStyle w:val="Abschnitt"/>
      </w:pPr>
      <w:r>
        <w:t>Qualität einer guten Begründung</w:t>
      </w:r>
    </w:p>
    <w:p w14:paraId="15C4D35A" w14:textId="77777777" w:rsidR="00D700B7" w:rsidRDefault="00000000">
      <w:r>
        <w:t>Eine überzeugende Begründung ist überprüfbar und konkret. Sie nennt nicht nur Funktionen, sondern beschreibt Aufgaben, Eigeninitiative, Verantwortung, Ergebnisse, Reichweite und nachhaltige Wirkung. Allgemeine Aussagen wie „war immer sehr engagiert“ reichen nicht aus.</w:t>
      </w:r>
    </w:p>
    <w:p w14:paraId="3AECEDE0" w14:textId="77777777" w:rsidR="00D700B7" w:rsidRDefault="00000000">
      <w:pPr>
        <w:pStyle w:val="Abschnitt"/>
      </w:pPr>
      <w:r>
        <w:t>Musterstruktur</w:t>
      </w:r>
    </w:p>
    <w:p w14:paraId="2E6E7D79" w14:textId="77777777" w:rsidR="00D700B7" w:rsidRDefault="00000000">
      <w:pPr>
        <w:ind w:left="255" w:hanging="198"/>
      </w:pPr>
      <w:r>
        <w:t>• Einleitung: Dauer und Hauptbereiche des Engagements</w:t>
      </w:r>
    </w:p>
    <w:p w14:paraId="5FD04F4A" w14:textId="77777777" w:rsidR="00D700B7" w:rsidRDefault="00000000">
      <w:pPr>
        <w:ind w:left="255" w:hanging="198"/>
      </w:pPr>
      <w:r>
        <w:t>• Hauptteil: Funktionen mit Zeiträumen und tatsächlichen Aufgaben</w:t>
      </w:r>
    </w:p>
    <w:p w14:paraId="557EBCE6" w14:textId="77777777" w:rsidR="00D700B7" w:rsidRDefault="00000000">
      <w:pPr>
        <w:ind w:left="255" w:hanging="198"/>
      </w:pPr>
      <w:r>
        <w:t>• besondere Verdienste: Projekte, Verbesserungen, Einsätze oder Aufbauleistungen</w:t>
      </w:r>
    </w:p>
    <w:p w14:paraId="7A21966C" w14:textId="77777777" w:rsidR="00D700B7" w:rsidRDefault="00000000">
      <w:pPr>
        <w:ind w:left="255" w:hanging="198"/>
      </w:pPr>
      <w:r>
        <w:t>• Wirkung: messbare Ergebnisse, Reichweite und Nachhaltigkeit</w:t>
      </w:r>
    </w:p>
    <w:p w14:paraId="7594A963" w14:textId="77777777" w:rsidR="00D700B7" w:rsidRDefault="00000000">
      <w:pPr>
        <w:ind w:left="255" w:hanging="198"/>
      </w:pPr>
      <w:r>
        <w:t>• Schluss: klare Herleitung der beantragten Ehrungsstufe</w:t>
      </w:r>
    </w:p>
    <w:p w14:paraId="63333A6B" w14:textId="77777777" w:rsidR="00D700B7" w:rsidRDefault="00000000">
      <w:pPr>
        <w:pStyle w:val="Abschnitt"/>
      </w:pPr>
      <w:r>
        <w:lastRenderedPageBreak/>
        <w:t>Vollständigkeitscheck</w:t>
      </w:r>
    </w:p>
    <w:p w14:paraId="3F54F3A9" w14:textId="77777777" w:rsidR="00D700B7" w:rsidRDefault="00000000">
      <w:pPr>
        <w:pStyle w:val="Check"/>
        <w:ind w:left="255" w:hanging="198"/>
      </w:pPr>
      <w:r>
        <w:t>☐ Antrag im DLRG-Manager vollständig angelegt</w:t>
      </w:r>
    </w:p>
    <w:p w14:paraId="39147D9A" w14:textId="77777777" w:rsidR="00D700B7" w:rsidRDefault="00000000">
      <w:pPr>
        <w:pStyle w:val="Check"/>
        <w:ind w:left="255" w:hanging="198"/>
      </w:pPr>
      <w:r>
        <w:t>☐ persönliche Daten und Mitgliedsnummer korrekt</w:t>
      </w:r>
    </w:p>
    <w:p w14:paraId="6223434D" w14:textId="77777777" w:rsidR="00D700B7" w:rsidRDefault="00000000">
      <w:pPr>
        <w:pStyle w:val="Check"/>
        <w:ind w:left="255" w:hanging="198"/>
      </w:pPr>
      <w:r>
        <w:t>☐ Funktionen und Zeiträume lückenlos</w:t>
      </w:r>
    </w:p>
    <w:p w14:paraId="7DD9D050" w14:textId="77777777" w:rsidR="00D700B7" w:rsidRDefault="00000000">
      <w:pPr>
        <w:pStyle w:val="Check"/>
        <w:ind w:left="255" w:hanging="198"/>
      </w:pPr>
      <w:r>
        <w:t>☐ bisherige Ehrungen geprüft</w:t>
      </w:r>
    </w:p>
    <w:p w14:paraId="28198A1F" w14:textId="77777777" w:rsidR="00D700B7" w:rsidRDefault="00000000">
      <w:pPr>
        <w:pStyle w:val="Check"/>
        <w:ind w:left="255" w:hanging="198"/>
      </w:pPr>
      <w:r>
        <w:t>☐ Begründung stufengerecht und konkret</w:t>
      </w:r>
    </w:p>
    <w:p w14:paraId="76D480E1" w14:textId="77777777" w:rsidR="00D700B7" w:rsidRDefault="00000000">
      <w:pPr>
        <w:pStyle w:val="Check"/>
        <w:ind w:left="255" w:hanging="198"/>
      </w:pPr>
      <w:r>
        <w:t>☐ erforderliche Nachweise im DLRG-Manager beigefügt oder dokumentiert</w:t>
      </w:r>
    </w:p>
    <w:p w14:paraId="51612BBA" w14:textId="77777777" w:rsidR="00D700B7" w:rsidRDefault="00000000">
      <w:pPr>
        <w:pStyle w:val="Check"/>
        <w:ind w:left="255" w:hanging="198"/>
      </w:pPr>
      <w:r>
        <w:t>☐ Vorstandsbeschluss und Unterschriften vorhanden</w:t>
      </w:r>
    </w:p>
    <w:p w14:paraId="17D75F4E" w14:textId="77777777" w:rsidR="00D700B7" w:rsidRDefault="00000000">
      <w:pPr>
        <w:pStyle w:val="Check"/>
        <w:ind w:left="255" w:hanging="198"/>
      </w:pPr>
      <w:r>
        <w:t>☐ Frist und digitaler Dienstweg im DLRG-Manager eingehalten</w:t>
      </w:r>
    </w:p>
    <w:p w14:paraId="3C6FF9EB" w14:textId="77777777" w:rsidR="00D700B7" w:rsidRDefault="00000000">
      <w:pPr>
        <w:pStyle w:val="Kapitel"/>
      </w:pPr>
      <w:r>
        <w:t>9. Jahresplanung und Arbeitshilfen</w:t>
      </w:r>
    </w:p>
    <w:p w14:paraId="2ED38A42" w14:textId="77777777" w:rsidR="00D700B7" w:rsidRDefault="00000000">
      <w:pPr>
        <w:pStyle w:val="Abschnitt"/>
      </w:pPr>
      <w:r>
        <w:t>Empfohlener Jahresablauf</w:t>
      </w:r>
    </w:p>
    <w:tbl>
      <w:tblPr>
        <w:tblStyle w:val="Tabellenraster"/>
        <w:tblW w:w="0" w:type="auto"/>
        <w:jc w:val="center"/>
        <w:tblLook w:val="04A0" w:firstRow="1" w:lastRow="0" w:firstColumn="1" w:lastColumn="0" w:noHBand="0" w:noVBand="1"/>
      </w:tblPr>
      <w:tblGrid>
        <w:gridCol w:w="1757"/>
        <w:gridCol w:w="7427"/>
      </w:tblGrid>
      <w:tr w:rsidR="00D700B7" w14:paraId="59C3F59A" w14:textId="77777777">
        <w:trPr>
          <w:jc w:val="center"/>
        </w:trPr>
        <w:tc>
          <w:tcPr>
            <w:tcW w:w="1757" w:type="dxa"/>
            <w:shd w:val="clear" w:color="auto" w:fill="003B6F"/>
            <w:vAlign w:val="center"/>
          </w:tcPr>
          <w:p w14:paraId="046BD04F" w14:textId="77777777" w:rsidR="00D700B7" w:rsidRDefault="00000000">
            <w:r>
              <w:rPr>
                <w:b/>
                <w:color w:val="FFFFFF"/>
                <w:sz w:val="16"/>
              </w:rPr>
              <w:t>Zeitpunkt</w:t>
            </w:r>
          </w:p>
        </w:tc>
        <w:tc>
          <w:tcPr>
            <w:tcW w:w="7427" w:type="dxa"/>
            <w:shd w:val="clear" w:color="auto" w:fill="003B6F"/>
            <w:vAlign w:val="center"/>
          </w:tcPr>
          <w:p w14:paraId="3723215E" w14:textId="77777777" w:rsidR="00D700B7" w:rsidRDefault="00000000">
            <w:r>
              <w:rPr>
                <w:b/>
                <w:color w:val="FFFFFF"/>
                <w:sz w:val="16"/>
              </w:rPr>
              <w:t>Aufgabe</w:t>
            </w:r>
          </w:p>
        </w:tc>
      </w:tr>
      <w:tr w:rsidR="00D700B7" w14:paraId="53F58BDC" w14:textId="77777777">
        <w:trPr>
          <w:jc w:val="center"/>
        </w:trPr>
        <w:tc>
          <w:tcPr>
            <w:tcW w:w="1757" w:type="dxa"/>
            <w:tcMar>
              <w:top w:w="60" w:type="dxa"/>
              <w:left w:w="80" w:type="dxa"/>
              <w:bottom w:w="60" w:type="dxa"/>
              <w:right w:w="80" w:type="dxa"/>
            </w:tcMar>
          </w:tcPr>
          <w:p w14:paraId="4DB208B6" w14:textId="77777777" w:rsidR="00D700B7" w:rsidRDefault="00000000">
            <w:pPr>
              <w:spacing w:after="0"/>
            </w:pPr>
            <w:r>
              <w:rPr>
                <w:sz w:val="16"/>
              </w:rPr>
              <w:t>Jahresbeginn</w:t>
            </w:r>
          </w:p>
        </w:tc>
        <w:tc>
          <w:tcPr>
            <w:tcW w:w="7427" w:type="dxa"/>
            <w:tcMar>
              <w:top w:w="60" w:type="dxa"/>
              <w:left w:w="80" w:type="dxa"/>
              <w:bottom w:w="60" w:type="dxa"/>
              <w:right w:w="80" w:type="dxa"/>
            </w:tcMar>
          </w:tcPr>
          <w:p w14:paraId="4204F9F2" w14:textId="77777777" w:rsidR="00D700B7" w:rsidRDefault="00000000">
            <w:pPr>
              <w:spacing w:after="0"/>
            </w:pPr>
            <w:r>
              <w:rPr>
                <w:sz w:val="16"/>
              </w:rPr>
              <w:t>Jubiläen und potenzielle Ehrungen auswerten; Ehrungskalender aktualisieren.</w:t>
            </w:r>
          </w:p>
        </w:tc>
      </w:tr>
      <w:tr w:rsidR="00D700B7" w14:paraId="26460EB8" w14:textId="77777777">
        <w:trPr>
          <w:jc w:val="center"/>
        </w:trPr>
        <w:tc>
          <w:tcPr>
            <w:tcW w:w="1757" w:type="dxa"/>
            <w:shd w:val="clear" w:color="auto" w:fill="F3F7FA"/>
            <w:tcMar>
              <w:top w:w="60" w:type="dxa"/>
              <w:left w:w="80" w:type="dxa"/>
              <w:bottom w:w="60" w:type="dxa"/>
              <w:right w:w="80" w:type="dxa"/>
            </w:tcMar>
          </w:tcPr>
          <w:p w14:paraId="0E0353B0" w14:textId="77777777" w:rsidR="00D700B7" w:rsidRDefault="00000000">
            <w:pPr>
              <w:spacing w:after="0"/>
            </w:pPr>
            <w:r>
              <w:rPr>
                <w:sz w:val="16"/>
              </w:rPr>
              <w:t>laufend</w:t>
            </w:r>
          </w:p>
        </w:tc>
        <w:tc>
          <w:tcPr>
            <w:tcW w:w="7427" w:type="dxa"/>
            <w:shd w:val="clear" w:color="auto" w:fill="F3F7FA"/>
            <w:tcMar>
              <w:top w:w="60" w:type="dxa"/>
              <w:left w:w="80" w:type="dxa"/>
              <w:bottom w:w="60" w:type="dxa"/>
              <w:right w:w="80" w:type="dxa"/>
            </w:tcMar>
          </w:tcPr>
          <w:p w14:paraId="30AE3578" w14:textId="77777777" w:rsidR="00D700B7" w:rsidRDefault="00000000">
            <w:pPr>
              <w:spacing w:after="0"/>
            </w:pPr>
            <w:r>
              <w:rPr>
                <w:sz w:val="16"/>
              </w:rPr>
              <w:t>Funktionen, Projekte, Leistungen und besondere Ereignisse dokumentieren.</w:t>
            </w:r>
          </w:p>
        </w:tc>
      </w:tr>
      <w:tr w:rsidR="00D700B7" w14:paraId="34DB1EE2" w14:textId="77777777">
        <w:trPr>
          <w:jc w:val="center"/>
        </w:trPr>
        <w:tc>
          <w:tcPr>
            <w:tcW w:w="1757" w:type="dxa"/>
            <w:tcMar>
              <w:top w:w="60" w:type="dxa"/>
              <w:left w:w="80" w:type="dxa"/>
              <w:bottom w:w="60" w:type="dxa"/>
              <w:right w:w="80" w:type="dxa"/>
            </w:tcMar>
          </w:tcPr>
          <w:p w14:paraId="68AF5F51" w14:textId="77777777" w:rsidR="00D700B7" w:rsidRDefault="00000000">
            <w:pPr>
              <w:spacing w:after="0"/>
            </w:pPr>
            <w:r>
              <w:rPr>
                <w:sz w:val="16"/>
              </w:rPr>
              <w:t>9–12 Monate vorher</w:t>
            </w:r>
          </w:p>
        </w:tc>
        <w:tc>
          <w:tcPr>
            <w:tcW w:w="7427" w:type="dxa"/>
            <w:tcMar>
              <w:top w:w="60" w:type="dxa"/>
              <w:left w:w="80" w:type="dxa"/>
              <w:bottom w:w="60" w:type="dxa"/>
              <w:right w:w="80" w:type="dxa"/>
            </w:tcMar>
          </w:tcPr>
          <w:p w14:paraId="2AE8824A" w14:textId="77777777" w:rsidR="00D700B7" w:rsidRDefault="00000000">
            <w:pPr>
              <w:spacing w:after="0"/>
            </w:pPr>
            <w:r>
              <w:rPr>
                <w:sz w:val="16"/>
              </w:rPr>
              <w:t>höherwertige Ehrungen beraten, Unterlagen sammeln und Begründungen beginnen.</w:t>
            </w:r>
          </w:p>
        </w:tc>
      </w:tr>
      <w:tr w:rsidR="00D700B7" w14:paraId="7137192C" w14:textId="77777777">
        <w:trPr>
          <w:jc w:val="center"/>
        </w:trPr>
        <w:tc>
          <w:tcPr>
            <w:tcW w:w="1757" w:type="dxa"/>
            <w:shd w:val="clear" w:color="auto" w:fill="F3F7FA"/>
            <w:tcMar>
              <w:top w:w="60" w:type="dxa"/>
              <w:left w:w="80" w:type="dxa"/>
              <w:bottom w:w="60" w:type="dxa"/>
              <w:right w:w="80" w:type="dxa"/>
            </w:tcMar>
          </w:tcPr>
          <w:p w14:paraId="553CA150" w14:textId="77777777" w:rsidR="00D700B7" w:rsidRDefault="00000000">
            <w:pPr>
              <w:spacing w:after="0"/>
            </w:pPr>
            <w:r>
              <w:rPr>
                <w:sz w:val="16"/>
              </w:rPr>
              <w:t>vor Antragsfrist</w:t>
            </w:r>
          </w:p>
        </w:tc>
        <w:tc>
          <w:tcPr>
            <w:tcW w:w="7427" w:type="dxa"/>
            <w:shd w:val="clear" w:color="auto" w:fill="F3F7FA"/>
            <w:tcMar>
              <w:top w:w="60" w:type="dxa"/>
              <w:left w:w="80" w:type="dxa"/>
              <w:bottom w:w="60" w:type="dxa"/>
              <w:right w:w="80" w:type="dxa"/>
            </w:tcMar>
          </w:tcPr>
          <w:p w14:paraId="12055268" w14:textId="77777777" w:rsidR="00D700B7" w:rsidRDefault="00000000">
            <w:r>
              <w:t>Voraussetzungen, Beschlüsse und Unterlagen abschließend prüfen; Antrag im DLRG-Manager vollständig erfassen und digital weiterleiten.</w:t>
            </w:r>
          </w:p>
        </w:tc>
      </w:tr>
      <w:tr w:rsidR="00D700B7" w14:paraId="0F41CBC8" w14:textId="77777777">
        <w:trPr>
          <w:jc w:val="center"/>
        </w:trPr>
        <w:tc>
          <w:tcPr>
            <w:tcW w:w="1757" w:type="dxa"/>
            <w:tcMar>
              <w:top w:w="60" w:type="dxa"/>
              <w:left w:w="80" w:type="dxa"/>
              <w:bottom w:w="60" w:type="dxa"/>
              <w:right w:w="80" w:type="dxa"/>
            </w:tcMar>
          </w:tcPr>
          <w:p w14:paraId="69CDB26E" w14:textId="77777777" w:rsidR="00D700B7" w:rsidRDefault="00000000">
            <w:pPr>
              <w:spacing w:after="0"/>
            </w:pPr>
            <w:r>
              <w:rPr>
                <w:sz w:val="16"/>
              </w:rPr>
              <w:t>vor Verleihung</w:t>
            </w:r>
          </w:p>
        </w:tc>
        <w:tc>
          <w:tcPr>
            <w:tcW w:w="7427" w:type="dxa"/>
            <w:tcMar>
              <w:top w:w="60" w:type="dxa"/>
              <w:left w:w="80" w:type="dxa"/>
              <w:bottom w:w="60" w:type="dxa"/>
              <w:right w:w="80" w:type="dxa"/>
            </w:tcMar>
          </w:tcPr>
          <w:p w14:paraId="13431322" w14:textId="77777777" w:rsidR="00D700B7" w:rsidRDefault="00000000">
            <w:pPr>
              <w:spacing w:after="0"/>
            </w:pPr>
            <w:r>
              <w:rPr>
                <w:sz w:val="16"/>
              </w:rPr>
              <w:t>Laudatio, Urkunde, Zeichen, Presse, Foto und Ablauf organisieren.</w:t>
            </w:r>
          </w:p>
        </w:tc>
      </w:tr>
      <w:tr w:rsidR="00D700B7" w14:paraId="152BAD44" w14:textId="77777777">
        <w:trPr>
          <w:jc w:val="center"/>
        </w:trPr>
        <w:tc>
          <w:tcPr>
            <w:tcW w:w="1757" w:type="dxa"/>
            <w:shd w:val="clear" w:color="auto" w:fill="F3F7FA"/>
            <w:tcMar>
              <w:top w:w="60" w:type="dxa"/>
              <w:left w:w="80" w:type="dxa"/>
              <w:bottom w:w="60" w:type="dxa"/>
              <w:right w:w="80" w:type="dxa"/>
            </w:tcMar>
          </w:tcPr>
          <w:p w14:paraId="6A33759F" w14:textId="77777777" w:rsidR="00D700B7" w:rsidRDefault="00000000">
            <w:pPr>
              <w:spacing w:after="0"/>
            </w:pPr>
            <w:r>
              <w:rPr>
                <w:sz w:val="16"/>
              </w:rPr>
              <w:t>danach</w:t>
            </w:r>
          </w:p>
        </w:tc>
        <w:tc>
          <w:tcPr>
            <w:tcW w:w="7427" w:type="dxa"/>
            <w:shd w:val="clear" w:color="auto" w:fill="F3F7FA"/>
            <w:tcMar>
              <w:top w:w="60" w:type="dxa"/>
              <w:left w:w="80" w:type="dxa"/>
              <w:bottom w:w="60" w:type="dxa"/>
              <w:right w:w="80" w:type="dxa"/>
            </w:tcMar>
          </w:tcPr>
          <w:p w14:paraId="533436EB" w14:textId="77777777" w:rsidR="00D700B7" w:rsidRDefault="00000000">
            <w:pPr>
              <w:spacing w:after="0"/>
            </w:pPr>
            <w:r>
              <w:rPr>
                <w:sz w:val="16"/>
              </w:rPr>
              <w:t>Ehrung dokumentieren, Pressearbeit abschließen und nächste Entwicklungsstufe vormerken.</w:t>
            </w:r>
          </w:p>
        </w:tc>
      </w:tr>
    </w:tbl>
    <w:p w14:paraId="47A2BFA7" w14:textId="77777777" w:rsidR="00D700B7" w:rsidRDefault="00D700B7">
      <w:pPr>
        <w:spacing w:after="0"/>
      </w:pPr>
    </w:p>
    <w:p w14:paraId="499F3B1D" w14:textId="77777777" w:rsidR="00D700B7" w:rsidRDefault="00000000">
      <w:pPr>
        <w:pStyle w:val="Abschnitt"/>
      </w:pPr>
      <w:r>
        <w:t>Ehrungsdatenbank – Mindestfelder</w:t>
      </w:r>
    </w:p>
    <w:p w14:paraId="7CABB261" w14:textId="77777777" w:rsidR="00D700B7" w:rsidRDefault="00000000">
      <w:pPr>
        <w:ind w:left="255" w:hanging="198"/>
      </w:pPr>
      <w:r>
        <w:t>• Name, Mitgliedsnummer, Eintrittsdatum und Gliederung</w:t>
      </w:r>
    </w:p>
    <w:p w14:paraId="61E73430" w14:textId="77777777" w:rsidR="00D700B7" w:rsidRDefault="00000000">
      <w:pPr>
        <w:ind w:left="255" w:hanging="198"/>
      </w:pPr>
      <w:r>
        <w:t>• Funktionen und Tätigkeitszeiträume</w:t>
      </w:r>
    </w:p>
    <w:p w14:paraId="7DCA0680" w14:textId="77777777" w:rsidR="00D700B7" w:rsidRDefault="00000000">
      <w:pPr>
        <w:ind w:left="255" w:hanging="198"/>
      </w:pPr>
      <w:r>
        <w:t>• Qualifikationen und besondere Leistungen</w:t>
      </w:r>
    </w:p>
    <w:p w14:paraId="4A686060" w14:textId="77777777" w:rsidR="00D700B7" w:rsidRDefault="00000000">
      <w:pPr>
        <w:ind w:left="255" w:hanging="198"/>
      </w:pPr>
      <w:r>
        <w:t>• bisherige Ehrungen mit Datum</w:t>
      </w:r>
    </w:p>
    <w:p w14:paraId="214610BA" w14:textId="77777777" w:rsidR="00D700B7" w:rsidRDefault="00000000">
      <w:pPr>
        <w:ind w:left="255" w:hanging="198"/>
      </w:pPr>
      <w:r>
        <w:t>• mögliche nächste Ehrung und frühester Prüfzeitpunkt</w:t>
      </w:r>
    </w:p>
    <w:p w14:paraId="17FC7ED9" w14:textId="77777777" w:rsidR="00D700B7" w:rsidRDefault="00000000">
      <w:pPr>
        <w:ind w:left="255" w:hanging="198"/>
      </w:pPr>
      <w:r>
        <w:t>• Bearbeitungsstatus im DLRG-Manager und Ablage ergänzender Unterlagen</w:t>
      </w:r>
    </w:p>
    <w:p w14:paraId="4C9B050D" w14:textId="77777777" w:rsidR="00D700B7" w:rsidRDefault="00000000">
      <w:pPr>
        <w:pStyle w:val="Abschnitt"/>
      </w:pPr>
      <w:r>
        <w:t>Laudatio und Öffentlichkeitsarbeit</w:t>
      </w:r>
    </w:p>
    <w:p w14:paraId="721DA2BB" w14:textId="77777777" w:rsidR="00D700B7" w:rsidRDefault="00000000">
      <w:pPr>
        <w:ind w:left="255" w:hanging="198"/>
      </w:pPr>
      <w:r>
        <w:t>• persönlich beginnen und Anlass benennen</w:t>
      </w:r>
    </w:p>
    <w:p w14:paraId="75F8C60F" w14:textId="77777777" w:rsidR="00D700B7" w:rsidRDefault="00000000">
      <w:pPr>
        <w:ind w:left="255" w:hanging="198"/>
      </w:pPr>
      <w:r>
        <w:t>• zwei bis vier besonders prägende Leistungen auswählen</w:t>
      </w:r>
    </w:p>
    <w:p w14:paraId="63D31D77" w14:textId="77777777" w:rsidR="00D700B7" w:rsidRDefault="00000000">
      <w:pPr>
        <w:ind w:left="255" w:hanging="198"/>
      </w:pPr>
      <w:r>
        <w:t>• Wirkung für Menschen und Organisation herausstellen</w:t>
      </w:r>
    </w:p>
    <w:p w14:paraId="351E4D5A" w14:textId="77777777" w:rsidR="00D700B7" w:rsidRDefault="00000000">
      <w:pPr>
        <w:ind w:left="255" w:hanging="198"/>
      </w:pPr>
      <w:r>
        <w:t>• Ehrungsstufe verständlich einordnen</w:t>
      </w:r>
    </w:p>
    <w:p w14:paraId="668A377B" w14:textId="77777777" w:rsidR="00D700B7" w:rsidRDefault="00000000">
      <w:pPr>
        <w:ind w:left="255" w:hanging="198"/>
      </w:pPr>
      <w:r>
        <w:t>• mit ausdrücklichem Dank und Übergabe abschließen</w:t>
      </w:r>
    </w:p>
    <w:p w14:paraId="5F7F55F4" w14:textId="77777777" w:rsidR="00D700B7" w:rsidRDefault="00000000">
      <w:pPr>
        <w:ind w:left="255" w:hanging="198"/>
      </w:pPr>
      <w:r>
        <w:t>• Pressefoto mit geehrter Person, Auszeichnung und ruhigem Hintergrund planen</w:t>
      </w:r>
    </w:p>
    <w:p w14:paraId="33115D8A" w14:textId="77777777" w:rsidR="00D700B7" w:rsidRDefault="00000000">
      <w:pPr>
        <w:pStyle w:val="Kapitel"/>
      </w:pPr>
      <w:r>
        <w:t>10. Staatliche Ehrungen</w:t>
      </w:r>
    </w:p>
    <w:p w14:paraId="3C3E4030" w14:textId="77777777" w:rsidR="00D700B7" w:rsidRDefault="00000000">
      <w:r>
        <w:t>Staatliche Ehrungen stehen außerhalb des DLRG-Ehrungssystems und würdigen herausragendes gesellschaftliches Engagement oder besondere Rettungstaten. Das Handbuch behandelt insbesondere die Rettungsmedaille des Landes Schleswig-Holstein, die Ehrennadel des Landes, die Schleswig-Holstein-Medaille sowie Stufen des Verdienstordens der Bundesrepublik Deutschland.</w:t>
      </w:r>
    </w:p>
    <w:tbl>
      <w:tblPr>
        <w:tblStyle w:val="Tabellenraster"/>
        <w:tblW w:w="0" w:type="auto"/>
        <w:jc w:val="center"/>
        <w:tblLook w:val="04A0" w:firstRow="1" w:lastRow="0" w:firstColumn="1" w:lastColumn="0" w:noHBand="0" w:noVBand="1"/>
      </w:tblPr>
      <w:tblGrid>
        <w:gridCol w:w="3005"/>
        <w:gridCol w:w="6236"/>
      </w:tblGrid>
      <w:tr w:rsidR="00D700B7" w14:paraId="391C2B0B" w14:textId="77777777">
        <w:trPr>
          <w:jc w:val="center"/>
        </w:trPr>
        <w:tc>
          <w:tcPr>
            <w:tcW w:w="3005" w:type="dxa"/>
            <w:shd w:val="clear" w:color="auto" w:fill="003B6F"/>
            <w:vAlign w:val="center"/>
          </w:tcPr>
          <w:p w14:paraId="3B314F19" w14:textId="77777777" w:rsidR="00D700B7" w:rsidRDefault="00000000">
            <w:r>
              <w:rPr>
                <w:b/>
                <w:color w:val="FFFFFF"/>
                <w:sz w:val="16"/>
              </w:rPr>
              <w:t>Ehrung</w:t>
            </w:r>
          </w:p>
        </w:tc>
        <w:tc>
          <w:tcPr>
            <w:tcW w:w="6236" w:type="dxa"/>
            <w:shd w:val="clear" w:color="auto" w:fill="003B6F"/>
            <w:vAlign w:val="center"/>
          </w:tcPr>
          <w:p w14:paraId="6DB44DDE" w14:textId="77777777" w:rsidR="00D700B7" w:rsidRDefault="00000000">
            <w:r>
              <w:rPr>
                <w:b/>
                <w:color w:val="FFFFFF"/>
                <w:sz w:val="16"/>
              </w:rPr>
              <w:t>Schwerpunkt</w:t>
            </w:r>
          </w:p>
        </w:tc>
      </w:tr>
      <w:tr w:rsidR="00D700B7" w14:paraId="7AE81DF6" w14:textId="77777777">
        <w:trPr>
          <w:jc w:val="center"/>
        </w:trPr>
        <w:tc>
          <w:tcPr>
            <w:tcW w:w="3005" w:type="dxa"/>
            <w:tcMar>
              <w:top w:w="60" w:type="dxa"/>
              <w:left w:w="80" w:type="dxa"/>
              <w:bottom w:w="60" w:type="dxa"/>
              <w:right w:w="80" w:type="dxa"/>
            </w:tcMar>
          </w:tcPr>
          <w:p w14:paraId="08AC2655" w14:textId="77777777" w:rsidR="00D700B7" w:rsidRDefault="00000000">
            <w:pPr>
              <w:spacing w:after="0"/>
            </w:pPr>
            <w:r>
              <w:rPr>
                <w:sz w:val="16"/>
              </w:rPr>
              <w:t>Rettungsmedaille Schleswig-Holstein</w:t>
            </w:r>
          </w:p>
        </w:tc>
        <w:tc>
          <w:tcPr>
            <w:tcW w:w="6236" w:type="dxa"/>
            <w:tcMar>
              <w:top w:w="60" w:type="dxa"/>
              <w:left w:w="80" w:type="dxa"/>
              <w:bottom w:w="60" w:type="dxa"/>
              <w:right w:w="80" w:type="dxa"/>
            </w:tcMar>
          </w:tcPr>
          <w:p w14:paraId="4F473C7B" w14:textId="77777777" w:rsidR="00D700B7" w:rsidRDefault="00000000">
            <w:pPr>
              <w:spacing w:after="0"/>
            </w:pPr>
            <w:r>
              <w:rPr>
                <w:sz w:val="16"/>
              </w:rPr>
              <w:t>außergewöhnliche Rettungstat, insbesondere unter persönlicher Gefährdung</w:t>
            </w:r>
          </w:p>
        </w:tc>
      </w:tr>
      <w:tr w:rsidR="00D700B7" w14:paraId="5EBFCBC4" w14:textId="77777777">
        <w:trPr>
          <w:jc w:val="center"/>
        </w:trPr>
        <w:tc>
          <w:tcPr>
            <w:tcW w:w="3005" w:type="dxa"/>
            <w:shd w:val="clear" w:color="auto" w:fill="F3F7FA"/>
            <w:tcMar>
              <w:top w:w="60" w:type="dxa"/>
              <w:left w:w="80" w:type="dxa"/>
              <w:bottom w:w="60" w:type="dxa"/>
              <w:right w:w="80" w:type="dxa"/>
            </w:tcMar>
          </w:tcPr>
          <w:p w14:paraId="35D25A0F" w14:textId="77777777" w:rsidR="00D700B7" w:rsidRDefault="00000000">
            <w:pPr>
              <w:spacing w:after="0"/>
            </w:pPr>
            <w:r>
              <w:rPr>
                <w:sz w:val="16"/>
              </w:rPr>
              <w:t>Ehrennadel Schleswig-Holstein</w:t>
            </w:r>
          </w:p>
        </w:tc>
        <w:tc>
          <w:tcPr>
            <w:tcW w:w="6236" w:type="dxa"/>
            <w:shd w:val="clear" w:color="auto" w:fill="F3F7FA"/>
            <w:tcMar>
              <w:top w:w="60" w:type="dxa"/>
              <w:left w:w="80" w:type="dxa"/>
              <w:bottom w:w="60" w:type="dxa"/>
              <w:right w:w="80" w:type="dxa"/>
            </w:tcMar>
          </w:tcPr>
          <w:p w14:paraId="61D5B64E" w14:textId="77777777" w:rsidR="00D700B7" w:rsidRDefault="00000000">
            <w:pPr>
              <w:spacing w:after="0"/>
            </w:pPr>
            <w:r>
              <w:rPr>
                <w:sz w:val="16"/>
              </w:rPr>
              <w:t>langjähriges, vorbildliches ehrenamtliches Engagement</w:t>
            </w:r>
          </w:p>
        </w:tc>
      </w:tr>
      <w:tr w:rsidR="00D700B7" w14:paraId="42FE7CCB" w14:textId="77777777">
        <w:trPr>
          <w:jc w:val="center"/>
        </w:trPr>
        <w:tc>
          <w:tcPr>
            <w:tcW w:w="3005" w:type="dxa"/>
            <w:tcMar>
              <w:top w:w="60" w:type="dxa"/>
              <w:left w:w="80" w:type="dxa"/>
              <w:bottom w:w="60" w:type="dxa"/>
              <w:right w:w="80" w:type="dxa"/>
            </w:tcMar>
          </w:tcPr>
          <w:p w14:paraId="7EF8FA96" w14:textId="77777777" w:rsidR="00D700B7" w:rsidRDefault="00000000">
            <w:pPr>
              <w:spacing w:after="0"/>
            </w:pPr>
            <w:r>
              <w:rPr>
                <w:sz w:val="16"/>
              </w:rPr>
              <w:t>Schleswig-Holstein-Medaille</w:t>
            </w:r>
          </w:p>
        </w:tc>
        <w:tc>
          <w:tcPr>
            <w:tcW w:w="6236" w:type="dxa"/>
            <w:tcMar>
              <w:top w:w="60" w:type="dxa"/>
              <w:left w:w="80" w:type="dxa"/>
              <w:bottom w:w="60" w:type="dxa"/>
              <w:right w:w="80" w:type="dxa"/>
            </w:tcMar>
          </w:tcPr>
          <w:p w14:paraId="30B24B46" w14:textId="77777777" w:rsidR="00D700B7" w:rsidRDefault="00000000">
            <w:pPr>
              <w:spacing w:after="0"/>
            </w:pPr>
            <w:r>
              <w:rPr>
                <w:sz w:val="16"/>
              </w:rPr>
              <w:t>besondere Verdienste um das Land Schleswig-Holstein</w:t>
            </w:r>
          </w:p>
        </w:tc>
      </w:tr>
      <w:tr w:rsidR="00D700B7" w14:paraId="40108E02" w14:textId="77777777">
        <w:trPr>
          <w:jc w:val="center"/>
        </w:trPr>
        <w:tc>
          <w:tcPr>
            <w:tcW w:w="3005" w:type="dxa"/>
            <w:shd w:val="clear" w:color="auto" w:fill="F3F7FA"/>
            <w:tcMar>
              <w:top w:w="60" w:type="dxa"/>
              <w:left w:w="80" w:type="dxa"/>
              <w:bottom w:w="60" w:type="dxa"/>
              <w:right w:w="80" w:type="dxa"/>
            </w:tcMar>
          </w:tcPr>
          <w:p w14:paraId="380652B6" w14:textId="77777777" w:rsidR="00D700B7" w:rsidRDefault="00000000">
            <w:pPr>
              <w:spacing w:after="0"/>
            </w:pPr>
            <w:r>
              <w:rPr>
                <w:sz w:val="16"/>
              </w:rPr>
              <w:t>Verdienstmedaille / Verdienstkreuz</w:t>
            </w:r>
          </w:p>
        </w:tc>
        <w:tc>
          <w:tcPr>
            <w:tcW w:w="6236" w:type="dxa"/>
            <w:shd w:val="clear" w:color="auto" w:fill="F3F7FA"/>
            <w:tcMar>
              <w:top w:w="60" w:type="dxa"/>
              <w:left w:w="80" w:type="dxa"/>
              <w:bottom w:w="60" w:type="dxa"/>
              <w:right w:w="80" w:type="dxa"/>
            </w:tcMar>
          </w:tcPr>
          <w:p w14:paraId="659FD739" w14:textId="77777777" w:rsidR="00D700B7" w:rsidRDefault="00000000">
            <w:pPr>
              <w:spacing w:after="0"/>
            </w:pPr>
            <w:r>
              <w:rPr>
                <w:sz w:val="16"/>
              </w:rPr>
              <w:t>herausragende Verdienste um das Gemeinwohl mit über den eigenen Aufgabenbereich hinausgehender Wirkung</w:t>
            </w:r>
          </w:p>
        </w:tc>
      </w:tr>
    </w:tbl>
    <w:p w14:paraId="5624B692" w14:textId="77777777" w:rsidR="00D700B7" w:rsidRDefault="00D700B7">
      <w:pPr>
        <w:spacing w:after="0"/>
      </w:pPr>
    </w:p>
    <w:p w14:paraId="597CE2B1" w14:textId="77777777" w:rsidR="00D700B7" w:rsidRDefault="00000000">
      <w:pPr>
        <w:pStyle w:val="Abschnitt"/>
      </w:pPr>
      <w:r>
        <w:t>Anforderungen an Vorschläge</w:t>
      </w:r>
    </w:p>
    <w:p w14:paraId="27119078" w14:textId="77777777" w:rsidR="00D700B7" w:rsidRDefault="00000000">
      <w:pPr>
        <w:ind w:left="255" w:hanging="198"/>
      </w:pPr>
      <w:r>
        <w:t>• Lebenslauf und Engagement vollständig und chronologisch darstellen</w:t>
      </w:r>
    </w:p>
    <w:p w14:paraId="67E02235" w14:textId="77777777" w:rsidR="00D700B7" w:rsidRDefault="00000000">
      <w:pPr>
        <w:ind w:left="255" w:hanging="198"/>
      </w:pPr>
      <w:r>
        <w:t>• gesellschaftliche Bedeutung über vereinsinterne Pflichterfüllung hinaus erklären</w:t>
      </w:r>
    </w:p>
    <w:p w14:paraId="1C8D4A8F" w14:textId="77777777" w:rsidR="00D700B7" w:rsidRDefault="00000000">
      <w:pPr>
        <w:ind w:left="255" w:hanging="198"/>
      </w:pPr>
      <w:r>
        <w:t>• konkrete Ergebnisse, Reichweite und Nachhaltigkeit belegen</w:t>
      </w:r>
    </w:p>
    <w:p w14:paraId="73721ABA" w14:textId="77777777" w:rsidR="00D700B7" w:rsidRDefault="00000000">
      <w:pPr>
        <w:ind w:left="255" w:hanging="198"/>
      </w:pPr>
      <w:r>
        <w:lastRenderedPageBreak/>
        <w:t>• bereits erhaltene Ehrungen und öffentliche Anerkennungen angeben</w:t>
      </w:r>
    </w:p>
    <w:p w14:paraId="7B78360C" w14:textId="77777777" w:rsidR="00D700B7" w:rsidRDefault="00000000">
      <w:pPr>
        <w:ind w:left="255" w:hanging="198"/>
      </w:pPr>
      <w:r>
        <w:t>• geeignete Referenzen, Nachweise und Ansprechpartner beifügen</w:t>
      </w:r>
    </w:p>
    <w:p w14:paraId="4DBE5A87" w14:textId="77777777" w:rsidR="00D700B7" w:rsidRDefault="00000000">
      <w:pPr>
        <w:ind w:left="255" w:hanging="198"/>
      </w:pPr>
      <w:r>
        <w:t>• Vertraulichkeit des Vorschlagsverfahrens beachten</w:t>
      </w:r>
    </w:p>
    <w:tbl>
      <w:tblPr>
        <w:tblStyle w:val="Tabellenraster"/>
        <w:tblW w:w="0" w:type="auto"/>
        <w:jc w:val="center"/>
        <w:tblLook w:val="04A0" w:firstRow="1" w:lastRow="0" w:firstColumn="1" w:lastColumn="0" w:noHBand="0" w:noVBand="1"/>
      </w:tblPr>
      <w:tblGrid>
        <w:gridCol w:w="10624"/>
      </w:tblGrid>
      <w:tr w:rsidR="00D700B7" w14:paraId="1798E335" w14:textId="77777777">
        <w:trPr>
          <w:jc w:val="center"/>
        </w:trPr>
        <w:tc>
          <w:tcPr>
            <w:tcW w:w="10624" w:type="dxa"/>
            <w:shd w:val="clear" w:color="auto" w:fill="DCEAF4"/>
            <w:tcMar>
              <w:top w:w="100" w:type="dxa"/>
              <w:left w:w="120" w:type="dxa"/>
              <w:bottom w:w="100" w:type="dxa"/>
              <w:right w:w="120" w:type="dxa"/>
            </w:tcMar>
          </w:tcPr>
          <w:p w14:paraId="1AA3C3BD" w14:textId="77777777" w:rsidR="00D700B7" w:rsidRDefault="00000000">
            <w:r>
              <w:t>Bei staatlichen Ehrungen sind die jeweils aktuellen amtlichen Voraussetzungen, Zuständigkeiten und Formulare vor Einreichung gesondert zu prüfen.</w:t>
            </w:r>
          </w:p>
        </w:tc>
      </w:tr>
    </w:tbl>
    <w:p w14:paraId="5F512EE9" w14:textId="77777777" w:rsidR="00D700B7" w:rsidRDefault="00000000">
      <w:pPr>
        <w:pStyle w:val="Kapitel"/>
      </w:pPr>
      <w:r>
        <w:t>Anhang A – Entscheidungsmatrix</w:t>
      </w:r>
    </w:p>
    <w:tbl>
      <w:tblPr>
        <w:tblStyle w:val="Tabellenraster"/>
        <w:tblW w:w="0" w:type="auto"/>
        <w:jc w:val="center"/>
        <w:tblLook w:val="04A0" w:firstRow="1" w:lastRow="0" w:firstColumn="1" w:lastColumn="0" w:noHBand="0" w:noVBand="1"/>
      </w:tblPr>
      <w:tblGrid>
        <w:gridCol w:w="3628"/>
        <w:gridCol w:w="5669"/>
      </w:tblGrid>
      <w:tr w:rsidR="00D700B7" w14:paraId="7BDE1228" w14:textId="77777777">
        <w:trPr>
          <w:jc w:val="center"/>
        </w:trPr>
        <w:tc>
          <w:tcPr>
            <w:tcW w:w="3628" w:type="dxa"/>
            <w:shd w:val="clear" w:color="auto" w:fill="003B6F"/>
            <w:vAlign w:val="center"/>
          </w:tcPr>
          <w:p w14:paraId="4881857F" w14:textId="77777777" w:rsidR="00D700B7" w:rsidRDefault="00000000">
            <w:r>
              <w:rPr>
                <w:b/>
                <w:color w:val="FFFFFF"/>
                <w:sz w:val="16"/>
              </w:rPr>
              <w:t>Leistung / Situation</w:t>
            </w:r>
          </w:p>
        </w:tc>
        <w:tc>
          <w:tcPr>
            <w:tcW w:w="5669" w:type="dxa"/>
            <w:shd w:val="clear" w:color="auto" w:fill="003B6F"/>
            <w:vAlign w:val="center"/>
          </w:tcPr>
          <w:p w14:paraId="2BEB45B6" w14:textId="77777777" w:rsidR="00D700B7" w:rsidRDefault="00000000">
            <w:r>
              <w:rPr>
                <w:b/>
                <w:color w:val="FFFFFF"/>
                <w:sz w:val="16"/>
              </w:rPr>
              <w:t>Naheliegende Ehrung</w:t>
            </w:r>
          </w:p>
        </w:tc>
      </w:tr>
      <w:tr w:rsidR="00D700B7" w14:paraId="6230B4EB" w14:textId="77777777">
        <w:trPr>
          <w:jc w:val="center"/>
        </w:trPr>
        <w:tc>
          <w:tcPr>
            <w:tcW w:w="3628" w:type="dxa"/>
            <w:tcMar>
              <w:top w:w="60" w:type="dxa"/>
              <w:left w:w="80" w:type="dxa"/>
              <w:bottom w:w="60" w:type="dxa"/>
              <w:right w:w="80" w:type="dxa"/>
            </w:tcMar>
          </w:tcPr>
          <w:p w14:paraId="116B8DD5" w14:textId="77777777" w:rsidR="00D700B7" w:rsidRDefault="00000000">
            <w:pPr>
              <w:spacing w:after="0"/>
            </w:pPr>
            <w:r>
              <w:rPr>
                <w:sz w:val="16"/>
              </w:rPr>
              <w:t>10 Jahre Mitgliedschaft</w:t>
            </w:r>
          </w:p>
        </w:tc>
        <w:tc>
          <w:tcPr>
            <w:tcW w:w="5669" w:type="dxa"/>
            <w:tcMar>
              <w:top w:w="60" w:type="dxa"/>
              <w:left w:w="80" w:type="dxa"/>
              <w:bottom w:w="60" w:type="dxa"/>
              <w:right w:w="80" w:type="dxa"/>
            </w:tcMar>
          </w:tcPr>
          <w:p w14:paraId="662CDD3F" w14:textId="77777777" w:rsidR="00D700B7" w:rsidRDefault="00000000">
            <w:pPr>
              <w:spacing w:after="0"/>
            </w:pPr>
            <w:r>
              <w:rPr>
                <w:sz w:val="16"/>
              </w:rPr>
              <w:t>Mitgliedsehrenzeichen Bronze</w:t>
            </w:r>
          </w:p>
        </w:tc>
      </w:tr>
      <w:tr w:rsidR="00D700B7" w14:paraId="63E6380F" w14:textId="77777777">
        <w:trPr>
          <w:jc w:val="center"/>
        </w:trPr>
        <w:tc>
          <w:tcPr>
            <w:tcW w:w="3628" w:type="dxa"/>
            <w:shd w:val="clear" w:color="auto" w:fill="F3F7FA"/>
            <w:tcMar>
              <w:top w:w="60" w:type="dxa"/>
              <w:left w:w="80" w:type="dxa"/>
              <w:bottom w:w="60" w:type="dxa"/>
              <w:right w:w="80" w:type="dxa"/>
            </w:tcMar>
          </w:tcPr>
          <w:p w14:paraId="01997EF4" w14:textId="77777777" w:rsidR="00D700B7" w:rsidRDefault="00000000">
            <w:pPr>
              <w:spacing w:after="0"/>
            </w:pPr>
            <w:r>
              <w:rPr>
                <w:sz w:val="16"/>
              </w:rPr>
              <w:t>25 oder 40 Jahre Mitgliedschaft</w:t>
            </w:r>
          </w:p>
        </w:tc>
        <w:tc>
          <w:tcPr>
            <w:tcW w:w="5669" w:type="dxa"/>
            <w:shd w:val="clear" w:color="auto" w:fill="F3F7FA"/>
            <w:tcMar>
              <w:top w:w="60" w:type="dxa"/>
              <w:left w:w="80" w:type="dxa"/>
              <w:bottom w:w="60" w:type="dxa"/>
              <w:right w:w="80" w:type="dxa"/>
            </w:tcMar>
          </w:tcPr>
          <w:p w14:paraId="78A81979" w14:textId="77777777" w:rsidR="00D700B7" w:rsidRDefault="00000000">
            <w:pPr>
              <w:spacing w:after="0"/>
            </w:pPr>
            <w:r>
              <w:rPr>
                <w:sz w:val="16"/>
              </w:rPr>
              <w:t>Mitgliedsehrenzeichen Silber</w:t>
            </w:r>
          </w:p>
        </w:tc>
      </w:tr>
      <w:tr w:rsidR="00D700B7" w14:paraId="73C536E2" w14:textId="77777777">
        <w:trPr>
          <w:jc w:val="center"/>
        </w:trPr>
        <w:tc>
          <w:tcPr>
            <w:tcW w:w="3628" w:type="dxa"/>
            <w:tcMar>
              <w:top w:w="60" w:type="dxa"/>
              <w:left w:w="80" w:type="dxa"/>
              <w:bottom w:w="60" w:type="dxa"/>
              <w:right w:w="80" w:type="dxa"/>
            </w:tcMar>
          </w:tcPr>
          <w:p w14:paraId="12017BA2" w14:textId="77777777" w:rsidR="00D700B7" w:rsidRDefault="00000000">
            <w:pPr>
              <w:spacing w:after="0"/>
            </w:pPr>
            <w:r>
              <w:rPr>
                <w:sz w:val="16"/>
              </w:rPr>
              <w:t>50 Jahre oder länger gemäß Stufen</w:t>
            </w:r>
          </w:p>
        </w:tc>
        <w:tc>
          <w:tcPr>
            <w:tcW w:w="5669" w:type="dxa"/>
            <w:tcMar>
              <w:top w:w="60" w:type="dxa"/>
              <w:left w:w="80" w:type="dxa"/>
              <w:bottom w:w="60" w:type="dxa"/>
              <w:right w:w="80" w:type="dxa"/>
            </w:tcMar>
          </w:tcPr>
          <w:p w14:paraId="5DF0A3B5" w14:textId="77777777" w:rsidR="00D700B7" w:rsidRDefault="00000000">
            <w:pPr>
              <w:spacing w:after="0"/>
            </w:pPr>
            <w:r>
              <w:rPr>
                <w:sz w:val="16"/>
              </w:rPr>
              <w:t>Mitgliedsehrenzeichen Gold</w:t>
            </w:r>
          </w:p>
        </w:tc>
      </w:tr>
      <w:tr w:rsidR="00D700B7" w14:paraId="6955FF6A" w14:textId="77777777">
        <w:trPr>
          <w:jc w:val="center"/>
        </w:trPr>
        <w:tc>
          <w:tcPr>
            <w:tcW w:w="3628" w:type="dxa"/>
            <w:shd w:val="clear" w:color="auto" w:fill="F3F7FA"/>
            <w:tcMar>
              <w:top w:w="60" w:type="dxa"/>
              <w:left w:w="80" w:type="dxa"/>
              <w:bottom w:w="60" w:type="dxa"/>
              <w:right w:w="80" w:type="dxa"/>
            </w:tcMar>
          </w:tcPr>
          <w:p w14:paraId="6FD77E06" w14:textId="77777777" w:rsidR="00D700B7" w:rsidRDefault="00000000">
            <w:pPr>
              <w:spacing w:after="0"/>
            </w:pPr>
            <w:r>
              <w:rPr>
                <w:sz w:val="16"/>
              </w:rPr>
              <w:t>mindestens 6 Jahre vorbildliche aktive Mitarbeit</w:t>
            </w:r>
          </w:p>
        </w:tc>
        <w:tc>
          <w:tcPr>
            <w:tcW w:w="5669" w:type="dxa"/>
            <w:shd w:val="clear" w:color="auto" w:fill="F3F7FA"/>
            <w:tcMar>
              <w:top w:w="60" w:type="dxa"/>
              <w:left w:w="80" w:type="dxa"/>
              <w:bottom w:w="60" w:type="dxa"/>
              <w:right w:w="80" w:type="dxa"/>
            </w:tcMar>
          </w:tcPr>
          <w:p w14:paraId="390AAB2F" w14:textId="77777777" w:rsidR="00D700B7" w:rsidRDefault="00000000">
            <w:pPr>
              <w:spacing w:after="0"/>
            </w:pPr>
            <w:r>
              <w:rPr>
                <w:sz w:val="16"/>
              </w:rPr>
              <w:t>Verdienstzeichen Bronze</w:t>
            </w:r>
          </w:p>
        </w:tc>
      </w:tr>
      <w:tr w:rsidR="00D700B7" w14:paraId="03E55302" w14:textId="77777777">
        <w:trPr>
          <w:jc w:val="center"/>
        </w:trPr>
        <w:tc>
          <w:tcPr>
            <w:tcW w:w="3628" w:type="dxa"/>
            <w:tcMar>
              <w:top w:w="60" w:type="dxa"/>
              <w:left w:w="80" w:type="dxa"/>
              <w:bottom w:w="60" w:type="dxa"/>
              <w:right w:w="80" w:type="dxa"/>
            </w:tcMar>
          </w:tcPr>
          <w:p w14:paraId="23348171" w14:textId="77777777" w:rsidR="00D700B7" w:rsidRDefault="00000000">
            <w:pPr>
              <w:spacing w:after="0"/>
            </w:pPr>
            <w:r>
              <w:rPr>
                <w:sz w:val="16"/>
              </w:rPr>
              <w:t>mindestens 12 Jahre und besondere Verantwortung</w:t>
            </w:r>
          </w:p>
        </w:tc>
        <w:tc>
          <w:tcPr>
            <w:tcW w:w="5669" w:type="dxa"/>
            <w:tcMar>
              <w:top w:w="60" w:type="dxa"/>
              <w:left w:w="80" w:type="dxa"/>
              <w:bottom w:w="60" w:type="dxa"/>
              <w:right w:w="80" w:type="dxa"/>
            </w:tcMar>
          </w:tcPr>
          <w:p w14:paraId="30569029" w14:textId="77777777" w:rsidR="00D700B7" w:rsidRDefault="00000000">
            <w:pPr>
              <w:spacing w:after="0"/>
            </w:pPr>
            <w:r>
              <w:rPr>
                <w:sz w:val="16"/>
              </w:rPr>
              <w:t>Verdienstzeichen Silber</w:t>
            </w:r>
          </w:p>
        </w:tc>
      </w:tr>
      <w:tr w:rsidR="00D700B7" w14:paraId="001C80D5" w14:textId="77777777">
        <w:trPr>
          <w:jc w:val="center"/>
        </w:trPr>
        <w:tc>
          <w:tcPr>
            <w:tcW w:w="3628" w:type="dxa"/>
            <w:shd w:val="clear" w:color="auto" w:fill="F3F7FA"/>
            <w:tcMar>
              <w:top w:w="60" w:type="dxa"/>
              <w:left w:w="80" w:type="dxa"/>
              <w:bottom w:w="60" w:type="dxa"/>
              <w:right w:w="80" w:type="dxa"/>
            </w:tcMar>
          </w:tcPr>
          <w:p w14:paraId="0FAE2C9A" w14:textId="77777777" w:rsidR="00D700B7" w:rsidRDefault="00000000">
            <w:pPr>
              <w:spacing w:after="0"/>
            </w:pPr>
            <w:r>
              <w:rPr>
                <w:sz w:val="16"/>
              </w:rPr>
              <w:t>mindestens 20 Jahre und herausragende nachhaltige Verdienste</w:t>
            </w:r>
          </w:p>
        </w:tc>
        <w:tc>
          <w:tcPr>
            <w:tcW w:w="5669" w:type="dxa"/>
            <w:shd w:val="clear" w:color="auto" w:fill="F3F7FA"/>
            <w:tcMar>
              <w:top w:w="60" w:type="dxa"/>
              <w:left w:w="80" w:type="dxa"/>
              <w:bottom w:w="60" w:type="dxa"/>
              <w:right w:w="80" w:type="dxa"/>
            </w:tcMar>
          </w:tcPr>
          <w:p w14:paraId="27F1BE41" w14:textId="77777777" w:rsidR="00D700B7" w:rsidRDefault="00000000">
            <w:pPr>
              <w:spacing w:after="0"/>
            </w:pPr>
            <w:r>
              <w:rPr>
                <w:sz w:val="16"/>
              </w:rPr>
              <w:t>Verdienstzeichen Gold</w:t>
            </w:r>
          </w:p>
        </w:tc>
      </w:tr>
      <w:tr w:rsidR="00D700B7" w14:paraId="7C7B4FCB" w14:textId="77777777">
        <w:trPr>
          <w:jc w:val="center"/>
        </w:trPr>
        <w:tc>
          <w:tcPr>
            <w:tcW w:w="3628" w:type="dxa"/>
            <w:tcMar>
              <w:top w:w="60" w:type="dxa"/>
              <w:left w:w="80" w:type="dxa"/>
              <w:bottom w:w="60" w:type="dxa"/>
              <w:right w:w="80" w:type="dxa"/>
            </w:tcMar>
          </w:tcPr>
          <w:p w14:paraId="60872E37" w14:textId="77777777" w:rsidR="00D700B7" w:rsidRDefault="00000000">
            <w:pPr>
              <w:spacing w:after="0"/>
            </w:pPr>
            <w:r>
              <w:rPr>
                <w:sz w:val="16"/>
              </w:rPr>
              <w:t>außergewöhnliche Lebensleistung</w:t>
            </w:r>
          </w:p>
        </w:tc>
        <w:tc>
          <w:tcPr>
            <w:tcW w:w="5669" w:type="dxa"/>
            <w:tcMar>
              <w:top w:w="60" w:type="dxa"/>
              <w:left w:w="80" w:type="dxa"/>
              <w:bottom w:w="60" w:type="dxa"/>
              <w:right w:w="80" w:type="dxa"/>
            </w:tcMar>
          </w:tcPr>
          <w:p w14:paraId="3D04CEB8" w14:textId="77777777" w:rsidR="00D700B7" w:rsidRDefault="00000000">
            <w:pPr>
              <w:spacing w:after="0"/>
            </w:pPr>
            <w:r>
              <w:rPr>
                <w:sz w:val="16"/>
              </w:rPr>
              <w:t>Verdienstzeichen Gold mit Brillant</w:t>
            </w:r>
          </w:p>
        </w:tc>
      </w:tr>
      <w:tr w:rsidR="00D700B7" w14:paraId="7C18F45F" w14:textId="77777777">
        <w:trPr>
          <w:jc w:val="center"/>
        </w:trPr>
        <w:tc>
          <w:tcPr>
            <w:tcW w:w="3628" w:type="dxa"/>
            <w:shd w:val="clear" w:color="auto" w:fill="F3F7FA"/>
            <w:tcMar>
              <w:top w:w="60" w:type="dxa"/>
              <w:left w:w="80" w:type="dxa"/>
              <w:bottom w:w="60" w:type="dxa"/>
              <w:right w:w="80" w:type="dxa"/>
            </w:tcMar>
          </w:tcPr>
          <w:p w14:paraId="21B10E9E" w14:textId="77777777" w:rsidR="00D700B7" w:rsidRDefault="00000000">
            <w:pPr>
              <w:spacing w:after="0"/>
            </w:pPr>
            <w:r>
              <w:rPr>
                <w:sz w:val="16"/>
              </w:rPr>
              <w:t>erfolgreiche Rettung aus Wassergefahr</w:t>
            </w:r>
          </w:p>
        </w:tc>
        <w:tc>
          <w:tcPr>
            <w:tcW w:w="5669" w:type="dxa"/>
            <w:shd w:val="clear" w:color="auto" w:fill="F3F7FA"/>
            <w:tcMar>
              <w:top w:w="60" w:type="dxa"/>
              <w:left w:w="80" w:type="dxa"/>
              <w:bottom w:w="60" w:type="dxa"/>
              <w:right w:w="80" w:type="dxa"/>
            </w:tcMar>
          </w:tcPr>
          <w:p w14:paraId="208A7E38" w14:textId="77777777" w:rsidR="00D700B7" w:rsidRDefault="00000000">
            <w:pPr>
              <w:spacing w:after="0"/>
            </w:pPr>
            <w:r>
              <w:rPr>
                <w:sz w:val="16"/>
              </w:rPr>
              <w:t>Rettungsmedaille der DLRG</w:t>
            </w:r>
          </w:p>
        </w:tc>
      </w:tr>
      <w:tr w:rsidR="00D700B7" w14:paraId="3CC8CD9B" w14:textId="77777777">
        <w:trPr>
          <w:jc w:val="center"/>
        </w:trPr>
        <w:tc>
          <w:tcPr>
            <w:tcW w:w="3628" w:type="dxa"/>
            <w:tcMar>
              <w:top w:w="60" w:type="dxa"/>
              <w:left w:w="80" w:type="dxa"/>
              <w:bottom w:w="60" w:type="dxa"/>
              <w:right w:w="80" w:type="dxa"/>
            </w:tcMar>
          </w:tcPr>
          <w:p w14:paraId="6463CC08" w14:textId="77777777" w:rsidR="00D700B7" w:rsidRDefault="00000000">
            <w:pPr>
              <w:spacing w:after="0"/>
            </w:pPr>
            <w:r>
              <w:rPr>
                <w:sz w:val="16"/>
              </w:rPr>
              <w:t>besondere Verdienste für die DLRG Schleswig-Holstein</w:t>
            </w:r>
          </w:p>
        </w:tc>
        <w:tc>
          <w:tcPr>
            <w:tcW w:w="5669" w:type="dxa"/>
            <w:tcMar>
              <w:top w:w="60" w:type="dxa"/>
              <w:left w:w="80" w:type="dxa"/>
              <w:bottom w:w="60" w:type="dxa"/>
              <w:right w:w="80" w:type="dxa"/>
            </w:tcMar>
          </w:tcPr>
          <w:p w14:paraId="639741EB" w14:textId="77777777" w:rsidR="00D700B7" w:rsidRDefault="00000000">
            <w:pPr>
              <w:spacing w:after="0"/>
            </w:pPr>
            <w:r>
              <w:rPr>
                <w:sz w:val="16"/>
              </w:rPr>
              <w:t>Ehrenurkunde Schleswig-Holstein</w:t>
            </w:r>
          </w:p>
        </w:tc>
      </w:tr>
      <w:tr w:rsidR="00D700B7" w14:paraId="529C179D" w14:textId="77777777">
        <w:trPr>
          <w:jc w:val="center"/>
        </w:trPr>
        <w:tc>
          <w:tcPr>
            <w:tcW w:w="3628" w:type="dxa"/>
            <w:shd w:val="clear" w:color="auto" w:fill="F3F7FA"/>
            <w:tcMar>
              <w:top w:w="60" w:type="dxa"/>
              <w:left w:w="80" w:type="dxa"/>
              <w:bottom w:w="60" w:type="dxa"/>
              <w:right w:w="80" w:type="dxa"/>
            </w:tcMar>
          </w:tcPr>
          <w:p w14:paraId="7E848919" w14:textId="77777777" w:rsidR="00D700B7" w:rsidRDefault="00000000">
            <w:pPr>
              <w:spacing w:after="0"/>
            </w:pPr>
            <w:r>
              <w:rPr>
                <w:sz w:val="16"/>
              </w:rPr>
              <w:t>außergewöhnliche Verdienste für die DLRG Schleswig-Holstein</w:t>
            </w:r>
          </w:p>
        </w:tc>
        <w:tc>
          <w:tcPr>
            <w:tcW w:w="5669" w:type="dxa"/>
            <w:shd w:val="clear" w:color="auto" w:fill="F3F7FA"/>
            <w:tcMar>
              <w:top w:w="60" w:type="dxa"/>
              <w:left w:w="80" w:type="dxa"/>
              <w:bottom w:w="60" w:type="dxa"/>
              <w:right w:w="80" w:type="dxa"/>
            </w:tcMar>
          </w:tcPr>
          <w:p w14:paraId="3D8C8376" w14:textId="77777777" w:rsidR="00D700B7" w:rsidRDefault="00000000">
            <w:pPr>
              <w:spacing w:after="0"/>
            </w:pPr>
            <w:r>
              <w:rPr>
                <w:sz w:val="16"/>
              </w:rPr>
              <w:t>Ehrenplakette Schleswig-Holstein</w:t>
            </w:r>
          </w:p>
        </w:tc>
      </w:tr>
      <w:tr w:rsidR="00D700B7" w14:paraId="25FC6C3D" w14:textId="77777777">
        <w:trPr>
          <w:jc w:val="center"/>
        </w:trPr>
        <w:tc>
          <w:tcPr>
            <w:tcW w:w="3628" w:type="dxa"/>
            <w:tcMar>
              <w:top w:w="60" w:type="dxa"/>
              <w:left w:w="80" w:type="dxa"/>
              <w:bottom w:w="60" w:type="dxa"/>
              <w:right w:w="80" w:type="dxa"/>
            </w:tcMar>
          </w:tcPr>
          <w:p w14:paraId="4942C265" w14:textId="77777777" w:rsidR="00D700B7" w:rsidRDefault="00000000">
            <w:pPr>
              <w:spacing w:after="0"/>
            </w:pPr>
            <w:r>
              <w:rPr>
                <w:sz w:val="16"/>
              </w:rPr>
              <w:t>herausragendes gesellschaftliches Engagement</w:t>
            </w:r>
          </w:p>
        </w:tc>
        <w:tc>
          <w:tcPr>
            <w:tcW w:w="5669" w:type="dxa"/>
            <w:tcMar>
              <w:top w:w="60" w:type="dxa"/>
              <w:left w:w="80" w:type="dxa"/>
              <w:bottom w:w="60" w:type="dxa"/>
              <w:right w:w="80" w:type="dxa"/>
            </w:tcMar>
          </w:tcPr>
          <w:p w14:paraId="212866CC" w14:textId="77777777" w:rsidR="00D700B7" w:rsidRDefault="00000000">
            <w:pPr>
              <w:spacing w:after="0"/>
            </w:pPr>
            <w:r>
              <w:rPr>
                <w:sz w:val="16"/>
              </w:rPr>
              <w:t>Prüfung einer staatlichen Ehrung</w:t>
            </w:r>
          </w:p>
        </w:tc>
      </w:tr>
    </w:tbl>
    <w:p w14:paraId="5FD1289D" w14:textId="77777777" w:rsidR="00D700B7" w:rsidRDefault="00D700B7">
      <w:pPr>
        <w:spacing w:after="0"/>
      </w:pPr>
    </w:p>
    <w:p w14:paraId="761001AC" w14:textId="77777777" w:rsidR="00D700B7" w:rsidRDefault="00000000">
      <w:pPr>
        <w:pStyle w:val="Kapitel"/>
      </w:pPr>
      <w:r>
        <w:t>Anhang B – Jahrescheckliste</w:t>
      </w:r>
    </w:p>
    <w:p w14:paraId="5F1D203D" w14:textId="77777777" w:rsidR="00D700B7" w:rsidRDefault="00000000">
      <w:pPr>
        <w:pStyle w:val="Check"/>
        <w:ind w:left="255" w:hanging="198"/>
      </w:pPr>
      <w:r>
        <w:t>☐ Ehrungskalender und Mitgliedschaftsjubiläen ausgewertet</w:t>
      </w:r>
    </w:p>
    <w:p w14:paraId="7B6AAEA1" w14:textId="77777777" w:rsidR="00D700B7" w:rsidRDefault="00000000">
      <w:pPr>
        <w:pStyle w:val="Check"/>
        <w:ind w:left="255" w:hanging="198"/>
      </w:pPr>
      <w:r>
        <w:t>☐ potenzielle Kandidatinnen und Kandidaten im Vorstand beraten</w:t>
      </w:r>
    </w:p>
    <w:p w14:paraId="46BA5AF6" w14:textId="77777777" w:rsidR="00D700B7" w:rsidRDefault="00000000">
      <w:pPr>
        <w:pStyle w:val="Check"/>
        <w:ind w:left="255" w:hanging="198"/>
      </w:pPr>
      <w:r>
        <w:t>☐ Leistungs- und Funktionsdaten aktualisiert</w:t>
      </w:r>
    </w:p>
    <w:p w14:paraId="76406E99" w14:textId="77777777" w:rsidR="00D700B7" w:rsidRDefault="00000000">
      <w:pPr>
        <w:pStyle w:val="Check"/>
        <w:ind w:left="255" w:hanging="198"/>
      </w:pPr>
      <w:r>
        <w:t>☐ Voraussetzungen und Vorstufen geprüft</w:t>
      </w:r>
    </w:p>
    <w:p w14:paraId="20DFDE9E" w14:textId="77777777" w:rsidR="00D700B7" w:rsidRDefault="00000000">
      <w:pPr>
        <w:pStyle w:val="Check"/>
        <w:ind w:left="255" w:hanging="198"/>
      </w:pPr>
      <w:r>
        <w:t>☐ Antragsfristen und digitaler Dienstweg im DLRG-Manager notiert</w:t>
      </w:r>
    </w:p>
    <w:p w14:paraId="476C10C4" w14:textId="77777777" w:rsidR="00D700B7" w:rsidRDefault="00000000">
      <w:pPr>
        <w:pStyle w:val="Check"/>
        <w:ind w:left="255" w:hanging="198"/>
      </w:pPr>
      <w:r>
        <w:t>☐ Begründungen frühzeitig begonnen</w:t>
      </w:r>
    </w:p>
    <w:p w14:paraId="17CBFFFB" w14:textId="77777777" w:rsidR="00D700B7" w:rsidRDefault="00000000">
      <w:pPr>
        <w:pStyle w:val="Check"/>
        <w:ind w:left="255" w:hanging="198"/>
      </w:pPr>
      <w:r>
        <w:t>☐ Beschlüsse und Unterschriften eingeholt</w:t>
      </w:r>
    </w:p>
    <w:p w14:paraId="0827EC52" w14:textId="77777777" w:rsidR="00D700B7" w:rsidRDefault="00000000">
      <w:pPr>
        <w:pStyle w:val="Check"/>
        <w:ind w:left="255" w:hanging="198"/>
      </w:pPr>
      <w:r>
        <w:t>☐ Verleihungen organisatorisch vorbereitet</w:t>
      </w:r>
    </w:p>
    <w:p w14:paraId="7EA1B8BD" w14:textId="77777777" w:rsidR="00D700B7" w:rsidRDefault="00000000">
      <w:pPr>
        <w:pStyle w:val="Check"/>
        <w:ind w:left="255" w:hanging="198"/>
      </w:pPr>
      <w:r>
        <w:t>☐ Presse- und Fotoplan erstellt</w:t>
      </w:r>
    </w:p>
    <w:p w14:paraId="1D391848" w14:textId="77777777" w:rsidR="00D700B7" w:rsidRDefault="00000000">
      <w:pPr>
        <w:pStyle w:val="Check"/>
        <w:ind w:left="255" w:hanging="198"/>
      </w:pPr>
      <w:r>
        <w:t>☐ verliehene Ehrungen dokumentiert und archiviert</w:t>
      </w:r>
    </w:p>
    <w:p w14:paraId="3265521B" w14:textId="77777777" w:rsidR="00D700B7" w:rsidRDefault="00000000">
      <w:pPr>
        <w:pStyle w:val="Kapitel"/>
      </w:pPr>
      <w:r>
        <w:t>Anhang C – Schnellprüfung einer Begründung</w:t>
      </w:r>
    </w:p>
    <w:tbl>
      <w:tblPr>
        <w:tblStyle w:val="Tabellenraster"/>
        <w:tblW w:w="0" w:type="auto"/>
        <w:jc w:val="center"/>
        <w:tblLook w:val="04A0" w:firstRow="1" w:lastRow="0" w:firstColumn="1" w:lastColumn="0" w:noHBand="0" w:noVBand="1"/>
      </w:tblPr>
      <w:tblGrid>
        <w:gridCol w:w="7824"/>
        <w:gridCol w:w="1134"/>
      </w:tblGrid>
      <w:tr w:rsidR="00D700B7" w14:paraId="15DAE4E5" w14:textId="77777777">
        <w:trPr>
          <w:jc w:val="center"/>
        </w:trPr>
        <w:tc>
          <w:tcPr>
            <w:tcW w:w="7824" w:type="dxa"/>
            <w:shd w:val="clear" w:color="auto" w:fill="003B6F"/>
            <w:vAlign w:val="center"/>
          </w:tcPr>
          <w:p w14:paraId="740BA860" w14:textId="77777777" w:rsidR="00D700B7" w:rsidRDefault="00000000">
            <w:r>
              <w:rPr>
                <w:b/>
                <w:color w:val="FFFFFF"/>
                <w:sz w:val="16"/>
              </w:rPr>
              <w:t>Prüffrage</w:t>
            </w:r>
          </w:p>
        </w:tc>
        <w:tc>
          <w:tcPr>
            <w:tcW w:w="1134" w:type="dxa"/>
            <w:shd w:val="clear" w:color="auto" w:fill="003B6F"/>
            <w:vAlign w:val="center"/>
          </w:tcPr>
          <w:p w14:paraId="7E477185" w14:textId="77777777" w:rsidR="00D700B7" w:rsidRDefault="00000000">
            <w:r>
              <w:rPr>
                <w:b/>
                <w:color w:val="FFFFFF"/>
                <w:sz w:val="16"/>
              </w:rPr>
              <w:t>Ja/Nein</w:t>
            </w:r>
          </w:p>
        </w:tc>
      </w:tr>
      <w:tr w:rsidR="00D700B7" w14:paraId="6CD2D9DA" w14:textId="77777777">
        <w:trPr>
          <w:jc w:val="center"/>
        </w:trPr>
        <w:tc>
          <w:tcPr>
            <w:tcW w:w="7824" w:type="dxa"/>
            <w:tcMar>
              <w:top w:w="60" w:type="dxa"/>
              <w:left w:w="80" w:type="dxa"/>
              <w:bottom w:w="60" w:type="dxa"/>
              <w:right w:w="80" w:type="dxa"/>
            </w:tcMar>
          </w:tcPr>
          <w:p w14:paraId="098BD620" w14:textId="77777777" w:rsidR="00D700B7" w:rsidRDefault="00000000">
            <w:pPr>
              <w:spacing w:after="0"/>
            </w:pPr>
            <w:r>
              <w:rPr>
                <w:sz w:val="16"/>
              </w:rPr>
              <w:t>Sind Zeitraum, Funktion und tatsächliche Aufgaben genannt?</w:t>
            </w:r>
          </w:p>
        </w:tc>
        <w:tc>
          <w:tcPr>
            <w:tcW w:w="1134" w:type="dxa"/>
            <w:tcMar>
              <w:top w:w="60" w:type="dxa"/>
              <w:left w:w="80" w:type="dxa"/>
              <w:bottom w:w="60" w:type="dxa"/>
              <w:right w:w="80" w:type="dxa"/>
            </w:tcMar>
          </w:tcPr>
          <w:p w14:paraId="54A22E30" w14:textId="77777777" w:rsidR="00D700B7" w:rsidRDefault="00000000">
            <w:pPr>
              <w:spacing w:after="0"/>
            </w:pPr>
            <w:r>
              <w:rPr>
                <w:sz w:val="16"/>
              </w:rPr>
              <w:t>☐</w:t>
            </w:r>
          </w:p>
        </w:tc>
      </w:tr>
      <w:tr w:rsidR="00D700B7" w14:paraId="789BFC4F" w14:textId="77777777">
        <w:trPr>
          <w:jc w:val="center"/>
        </w:trPr>
        <w:tc>
          <w:tcPr>
            <w:tcW w:w="7824" w:type="dxa"/>
            <w:shd w:val="clear" w:color="auto" w:fill="F3F7FA"/>
            <w:tcMar>
              <w:top w:w="60" w:type="dxa"/>
              <w:left w:w="80" w:type="dxa"/>
              <w:bottom w:w="60" w:type="dxa"/>
              <w:right w:w="80" w:type="dxa"/>
            </w:tcMar>
          </w:tcPr>
          <w:p w14:paraId="6FFC680B" w14:textId="77777777" w:rsidR="00D700B7" w:rsidRDefault="00000000">
            <w:pPr>
              <w:spacing w:after="0"/>
            </w:pPr>
            <w:r>
              <w:rPr>
                <w:sz w:val="16"/>
              </w:rPr>
              <w:t>Sind mindestens zwei konkrete besondere Leistungen beschrieben?</w:t>
            </w:r>
          </w:p>
        </w:tc>
        <w:tc>
          <w:tcPr>
            <w:tcW w:w="1134" w:type="dxa"/>
            <w:shd w:val="clear" w:color="auto" w:fill="F3F7FA"/>
            <w:tcMar>
              <w:top w:w="60" w:type="dxa"/>
              <w:left w:w="80" w:type="dxa"/>
              <w:bottom w:w="60" w:type="dxa"/>
              <w:right w:w="80" w:type="dxa"/>
            </w:tcMar>
          </w:tcPr>
          <w:p w14:paraId="413064E8" w14:textId="77777777" w:rsidR="00D700B7" w:rsidRDefault="00000000">
            <w:pPr>
              <w:spacing w:after="0"/>
            </w:pPr>
            <w:r>
              <w:rPr>
                <w:sz w:val="16"/>
              </w:rPr>
              <w:t>☐</w:t>
            </w:r>
          </w:p>
        </w:tc>
      </w:tr>
      <w:tr w:rsidR="00D700B7" w14:paraId="4A7E8986" w14:textId="77777777">
        <w:trPr>
          <w:jc w:val="center"/>
        </w:trPr>
        <w:tc>
          <w:tcPr>
            <w:tcW w:w="7824" w:type="dxa"/>
            <w:tcMar>
              <w:top w:w="60" w:type="dxa"/>
              <w:left w:w="80" w:type="dxa"/>
              <w:bottom w:w="60" w:type="dxa"/>
              <w:right w:w="80" w:type="dxa"/>
            </w:tcMar>
          </w:tcPr>
          <w:p w14:paraId="132B4F59" w14:textId="77777777" w:rsidR="00D700B7" w:rsidRDefault="00000000">
            <w:pPr>
              <w:spacing w:after="0"/>
            </w:pPr>
            <w:r>
              <w:rPr>
                <w:sz w:val="16"/>
              </w:rPr>
              <w:t>Werden Ergebnisse und nachhaltige Wirkung deutlich?</w:t>
            </w:r>
          </w:p>
        </w:tc>
        <w:tc>
          <w:tcPr>
            <w:tcW w:w="1134" w:type="dxa"/>
            <w:tcMar>
              <w:top w:w="60" w:type="dxa"/>
              <w:left w:w="80" w:type="dxa"/>
              <w:bottom w:w="60" w:type="dxa"/>
              <w:right w:w="80" w:type="dxa"/>
            </w:tcMar>
          </w:tcPr>
          <w:p w14:paraId="7F8FCB7D" w14:textId="77777777" w:rsidR="00D700B7" w:rsidRDefault="00000000">
            <w:pPr>
              <w:spacing w:after="0"/>
            </w:pPr>
            <w:r>
              <w:rPr>
                <w:sz w:val="16"/>
              </w:rPr>
              <w:t>☐</w:t>
            </w:r>
          </w:p>
        </w:tc>
      </w:tr>
      <w:tr w:rsidR="00D700B7" w14:paraId="72B674F2" w14:textId="77777777">
        <w:trPr>
          <w:jc w:val="center"/>
        </w:trPr>
        <w:tc>
          <w:tcPr>
            <w:tcW w:w="7824" w:type="dxa"/>
            <w:shd w:val="clear" w:color="auto" w:fill="F3F7FA"/>
            <w:tcMar>
              <w:top w:w="60" w:type="dxa"/>
              <w:left w:w="80" w:type="dxa"/>
              <w:bottom w:w="60" w:type="dxa"/>
              <w:right w:w="80" w:type="dxa"/>
            </w:tcMar>
          </w:tcPr>
          <w:p w14:paraId="736EB11E" w14:textId="77777777" w:rsidR="00D700B7" w:rsidRDefault="00000000">
            <w:pPr>
              <w:spacing w:after="0"/>
            </w:pPr>
            <w:r>
              <w:rPr>
                <w:sz w:val="16"/>
              </w:rPr>
              <w:t>Ist die Reichweite der Verdienste erkennbar?</w:t>
            </w:r>
          </w:p>
        </w:tc>
        <w:tc>
          <w:tcPr>
            <w:tcW w:w="1134" w:type="dxa"/>
            <w:shd w:val="clear" w:color="auto" w:fill="F3F7FA"/>
            <w:tcMar>
              <w:top w:w="60" w:type="dxa"/>
              <w:left w:w="80" w:type="dxa"/>
              <w:bottom w:w="60" w:type="dxa"/>
              <w:right w:w="80" w:type="dxa"/>
            </w:tcMar>
          </w:tcPr>
          <w:p w14:paraId="788DCB20" w14:textId="77777777" w:rsidR="00D700B7" w:rsidRDefault="00000000">
            <w:pPr>
              <w:spacing w:after="0"/>
            </w:pPr>
            <w:r>
              <w:rPr>
                <w:sz w:val="16"/>
              </w:rPr>
              <w:t>☐</w:t>
            </w:r>
          </w:p>
        </w:tc>
      </w:tr>
      <w:tr w:rsidR="00D700B7" w14:paraId="382D604C" w14:textId="77777777">
        <w:trPr>
          <w:jc w:val="center"/>
        </w:trPr>
        <w:tc>
          <w:tcPr>
            <w:tcW w:w="7824" w:type="dxa"/>
            <w:tcMar>
              <w:top w:w="60" w:type="dxa"/>
              <w:left w:w="80" w:type="dxa"/>
              <w:bottom w:w="60" w:type="dxa"/>
              <w:right w:w="80" w:type="dxa"/>
            </w:tcMar>
          </w:tcPr>
          <w:p w14:paraId="5CB15E86" w14:textId="77777777" w:rsidR="00D700B7" w:rsidRDefault="00000000">
            <w:pPr>
              <w:spacing w:after="0"/>
            </w:pPr>
            <w:r>
              <w:rPr>
                <w:sz w:val="16"/>
              </w:rPr>
              <w:t>Wird die beantragte Stufe gegenüber niedrigeren Ehrungen abgegrenzt?</w:t>
            </w:r>
          </w:p>
        </w:tc>
        <w:tc>
          <w:tcPr>
            <w:tcW w:w="1134" w:type="dxa"/>
            <w:tcMar>
              <w:top w:w="60" w:type="dxa"/>
              <w:left w:w="80" w:type="dxa"/>
              <w:bottom w:w="60" w:type="dxa"/>
              <w:right w:w="80" w:type="dxa"/>
            </w:tcMar>
          </w:tcPr>
          <w:p w14:paraId="1B842934" w14:textId="77777777" w:rsidR="00D700B7" w:rsidRDefault="00000000">
            <w:pPr>
              <w:spacing w:after="0"/>
            </w:pPr>
            <w:r>
              <w:rPr>
                <w:sz w:val="16"/>
              </w:rPr>
              <w:t>☐</w:t>
            </w:r>
          </w:p>
        </w:tc>
      </w:tr>
      <w:tr w:rsidR="00D700B7" w14:paraId="2BF2C420" w14:textId="77777777">
        <w:trPr>
          <w:jc w:val="center"/>
        </w:trPr>
        <w:tc>
          <w:tcPr>
            <w:tcW w:w="7824" w:type="dxa"/>
            <w:shd w:val="clear" w:color="auto" w:fill="F3F7FA"/>
            <w:tcMar>
              <w:top w:w="60" w:type="dxa"/>
              <w:left w:w="80" w:type="dxa"/>
              <w:bottom w:w="60" w:type="dxa"/>
              <w:right w:w="80" w:type="dxa"/>
            </w:tcMar>
          </w:tcPr>
          <w:p w14:paraId="3FD4041F" w14:textId="77777777" w:rsidR="00D700B7" w:rsidRDefault="00000000">
            <w:pPr>
              <w:spacing w:after="0"/>
            </w:pPr>
            <w:r>
              <w:rPr>
                <w:sz w:val="16"/>
              </w:rPr>
              <w:t>Sind Aussagen durch Daten, Beispiele oder Nachweise belegbar?</w:t>
            </w:r>
          </w:p>
        </w:tc>
        <w:tc>
          <w:tcPr>
            <w:tcW w:w="1134" w:type="dxa"/>
            <w:shd w:val="clear" w:color="auto" w:fill="F3F7FA"/>
            <w:tcMar>
              <w:top w:w="60" w:type="dxa"/>
              <w:left w:w="80" w:type="dxa"/>
              <w:bottom w:w="60" w:type="dxa"/>
              <w:right w:w="80" w:type="dxa"/>
            </w:tcMar>
          </w:tcPr>
          <w:p w14:paraId="43AF0229" w14:textId="77777777" w:rsidR="00D700B7" w:rsidRDefault="00000000">
            <w:pPr>
              <w:spacing w:after="0"/>
            </w:pPr>
            <w:r>
              <w:rPr>
                <w:sz w:val="16"/>
              </w:rPr>
              <w:t>☐</w:t>
            </w:r>
          </w:p>
        </w:tc>
      </w:tr>
      <w:tr w:rsidR="00D700B7" w14:paraId="5A815617" w14:textId="77777777">
        <w:trPr>
          <w:jc w:val="center"/>
        </w:trPr>
        <w:tc>
          <w:tcPr>
            <w:tcW w:w="7824" w:type="dxa"/>
            <w:tcMar>
              <w:top w:w="60" w:type="dxa"/>
              <w:left w:w="80" w:type="dxa"/>
              <w:bottom w:w="60" w:type="dxa"/>
              <w:right w:w="80" w:type="dxa"/>
            </w:tcMar>
          </w:tcPr>
          <w:p w14:paraId="1B5AC250" w14:textId="77777777" w:rsidR="00D700B7" w:rsidRDefault="00000000">
            <w:pPr>
              <w:spacing w:after="0"/>
            </w:pPr>
            <w:r>
              <w:rPr>
                <w:sz w:val="16"/>
              </w:rPr>
              <w:t>Ist der Text frei von bloßen Lobformeln und Wiederholungen?</w:t>
            </w:r>
          </w:p>
        </w:tc>
        <w:tc>
          <w:tcPr>
            <w:tcW w:w="1134" w:type="dxa"/>
            <w:tcMar>
              <w:top w:w="60" w:type="dxa"/>
              <w:left w:w="80" w:type="dxa"/>
              <w:bottom w:w="60" w:type="dxa"/>
              <w:right w:w="80" w:type="dxa"/>
            </w:tcMar>
          </w:tcPr>
          <w:p w14:paraId="03DD43DE" w14:textId="77777777" w:rsidR="00D700B7" w:rsidRDefault="00000000">
            <w:pPr>
              <w:spacing w:after="0"/>
            </w:pPr>
            <w:r>
              <w:rPr>
                <w:sz w:val="16"/>
              </w:rPr>
              <w:t>☐</w:t>
            </w:r>
          </w:p>
        </w:tc>
      </w:tr>
    </w:tbl>
    <w:p w14:paraId="2ED0A445" w14:textId="77777777" w:rsidR="00D700B7" w:rsidRDefault="00D700B7">
      <w:pPr>
        <w:spacing w:after="0"/>
      </w:pPr>
    </w:p>
    <w:p w14:paraId="153AC4D5" w14:textId="77777777" w:rsidR="00D700B7" w:rsidRDefault="00000000">
      <w:r>
        <w:br w:type="page"/>
      </w:r>
    </w:p>
    <w:p w14:paraId="0A9DEA16" w14:textId="77777777" w:rsidR="00D700B7" w:rsidRDefault="00000000">
      <w:pPr>
        <w:pStyle w:val="Kapitel"/>
      </w:pPr>
      <w:r>
        <w:lastRenderedPageBreak/>
        <w:t xml:space="preserve">Anhang D – </w:t>
      </w:r>
      <w:proofErr w:type="spellStart"/>
      <w:r>
        <w:t>Formulierungshilfen</w:t>
      </w:r>
      <w:proofErr w:type="spellEnd"/>
      <w:r>
        <w:t xml:space="preserve"> für </w:t>
      </w:r>
      <w:proofErr w:type="spellStart"/>
      <w:r>
        <w:t>Verdienstzeichen</w:t>
      </w:r>
      <w:proofErr w:type="spellEnd"/>
    </w:p>
    <w:p w14:paraId="6DEE84EA" w14:textId="03B1F3A7" w:rsidR="00FE3D52" w:rsidRDefault="00FE3D52" w:rsidP="00FE3D52">
      <w:pPr>
        <w:pStyle w:val="berschrift2"/>
      </w:pPr>
      <w:proofErr w:type="spellStart"/>
      <w:r>
        <w:t>Im</w:t>
      </w:r>
      <w:proofErr w:type="spellEnd"/>
      <w:r>
        <w:t xml:space="preserve"> </w:t>
      </w:r>
      <w:proofErr w:type="spellStart"/>
      <w:r>
        <w:t>Downloadbereich</w:t>
      </w:r>
      <w:proofErr w:type="spellEnd"/>
      <w:r>
        <w:t xml:space="preserve"> </w:t>
      </w:r>
      <w:proofErr w:type="spellStart"/>
      <w:r>
        <w:t>findet</w:t>
      </w:r>
      <w:proofErr w:type="spellEnd"/>
      <w:r>
        <w:t xml:space="preserve"> </w:t>
      </w:r>
      <w:proofErr w:type="spellStart"/>
      <w:r>
        <w:t>Ihr</w:t>
      </w:r>
      <w:proofErr w:type="spellEnd"/>
      <w:r>
        <w:t xml:space="preserve"> </w:t>
      </w:r>
      <w:proofErr w:type="spellStart"/>
      <w:r>
        <w:t>umfangreichere</w:t>
      </w:r>
      <w:proofErr w:type="spellEnd"/>
      <w:r>
        <w:t xml:space="preserve"> </w:t>
      </w:r>
      <w:proofErr w:type="spellStart"/>
      <w:r>
        <w:t>Formulierungen</w:t>
      </w:r>
      <w:proofErr w:type="spellEnd"/>
    </w:p>
    <w:p w14:paraId="1C828BDF" w14:textId="77777777" w:rsidR="00FE3D52" w:rsidRPr="00FE3D52" w:rsidRDefault="00FE3D52" w:rsidP="00FE3D52"/>
    <w:p w14:paraId="672A0523" w14:textId="77777777" w:rsidR="00D700B7" w:rsidRDefault="00000000">
      <w:r>
        <w:t>Die folgenden Mustertexte dienen als Formulierungshilfe für Ehrungsanträge im DLRG-Manager. Sie sind nicht unverändert zu übernehmen, sondern an die tatsächlich nachweisbaren Funktionen, Tätigkeitszeiträume, Leistungen und Wirkungen der vorgeschlagenen Person anzupassen. Platzhalter in eckigen Klammern sind durch konkrete Angaben zu ersetzen. Eine gute Begründung benennt nicht nur Ämter, sondern beschreibt Verantwortung, Ergebnisse, Reichweite und nachhaltige Wirkung.</w:t>
      </w:r>
    </w:p>
    <w:p w14:paraId="521403EE" w14:textId="77777777" w:rsidR="00D700B7" w:rsidRDefault="00000000">
      <w:pPr>
        <w:pStyle w:val="Kapitel"/>
      </w:pPr>
      <w:r>
        <w:t>Verdienstzeichen Bronze</w:t>
      </w:r>
    </w:p>
    <w:p w14:paraId="64E790BC" w14:textId="77777777" w:rsidR="00D700B7" w:rsidRDefault="00000000">
      <w:r>
        <w:t>Schwerpunkt: kontinuierliche aktive Mitarbeit, Verlässlichkeit und erste besondere Verdienste.</w:t>
      </w:r>
    </w:p>
    <w:p w14:paraId="22A85CE2" w14:textId="77777777" w:rsidR="00D700B7" w:rsidRDefault="00000000">
      <w:pPr>
        <w:pStyle w:val="Abschnitt"/>
      </w:pPr>
      <w:r>
        <w:t>Formulierungsvorschlag 1 – Ausbildung</w:t>
      </w:r>
    </w:p>
    <w:p w14:paraId="300002C0" w14:textId="77777777" w:rsidR="00D700B7" w:rsidRDefault="00000000">
      <w:r>
        <w:t>[Name] engagiert sich seit [Jahr] kontinuierlich und in vorbildlicher Weise in der Schwimm- und Rettungsschwimmausbildung der [Gliederung]. In diesem Zeitraum hat [er/sie] regelmäßig Ausbildungsstunden übernommen, Prüfungen begleitet und neue Helferinnen und Helfer in die praktische Arbeit eingewiesen. Besonders hervorzuheben sind [konkrete Leistung oder Projekt] sowie die verlässliche Unterstützung bei [Veranstaltung/Lehrgang]. Durch die beständige Mitarbeit, die hohe Einsatzbereitschaft und den verantwortungsvollen Umgang mit den Teilnehmenden leistet [Name] einen wichtigen Beitrag zur Qualität und Kontinuität der Ausbildungsarbeit. Das Engagement geht deutlich über eine bloße Mitgliedschaft hinaus und rechtfertigt die Verleihung des Verdienstzeichens Bronze.</w:t>
      </w:r>
    </w:p>
    <w:p w14:paraId="0B763F84" w14:textId="77777777" w:rsidR="00D700B7" w:rsidRDefault="00000000">
      <w:pPr>
        <w:pStyle w:val="Abschnitt"/>
      </w:pPr>
      <w:r>
        <w:t>Formulierungsvorschlag 2 – Wasserrettungsdienst und Einsatz</w:t>
      </w:r>
    </w:p>
    <w:p w14:paraId="526F7488" w14:textId="77777777" w:rsidR="00D700B7" w:rsidRDefault="00000000">
      <w:r>
        <w:t>[Name] ist seit [Jahr] regelmäßig im Wasserrettungsdienst und im Einsatzbereich der [Gliederung] tätig. [Er/Sie] übernimmt zuverlässig Wachdienste, unterstützt die Einsatzvorbereitung und wirkt bei der Pflege und Kontrolle der benötigten Ausrüstung mit. Darüber hinaus hat [Name] bei [konkreter Einsatz, Veranstaltung oder Aufgabe] besondere Einsatzbereitschaft gezeigt. Durch die kontinuierliche Teilnahme an Diensten und Ausbildungen sowie die Bereitschaft, zusätzliche Aufgaben zu übernehmen, trägt [er/sie] wesentlich zur Einsatzfähigkeit der Gliederung bei. Die langjährige, verlässliche und vorbildliche Mitarbeit erfüllt die Voraussetzungen für die Verleihung des Verdienstzeichens Bronze.</w:t>
      </w:r>
    </w:p>
    <w:p w14:paraId="18D66D7C" w14:textId="77777777" w:rsidR="00D700B7" w:rsidRDefault="00000000">
      <w:pPr>
        <w:pStyle w:val="Abschnitt"/>
      </w:pPr>
      <w:r>
        <w:t>Formulierungsvorschlag 3 – Jugendarbeit</w:t>
      </w:r>
    </w:p>
    <w:p w14:paraId="7532ECFC" w14:textId="77777777" w:rsidR="00D700B7" w:rsidRDefault="00000000">
      <w:r>
        <w:t>[Name] engagiert sich seit [Jahr] aktiv in der Jugendarbeit der [Gliederung]. [Er/Sie] begleitet regelmäßig Gruppenstunden, Fahrten und Veranstaltungen und übernimmt dabei Verantwortung für Planung, Betreuung und Durchführung. Besonders wertvoll ist der Beitrag von [Name] zur Gewinnung und Bindung junger Mitglieder, beispielsweise durch [konkretes Angebot oder Projekt]. Mit Geduld, Verlässlichkeit und persönlicher Initiative schafft [er/sie] positive Gemeinschaftserlebnisse und führt Kinder und Jugendliche an die Aufgaben der DLRG heran. Dieses kontinuierliche Engagement stärkt die Nachwuchsarbeit nachhaltig und rechtfertigt die Verleihung des Verdienstzeichens Bronze.</w:t>
      </w:r>
    </w:p>
    <w:p w14:paraId="3DBA6F91" w14:textId="77777777" w:rsidR="00D700B7" w:rsidRDefault="00000000">
      <w:pPr>
        <w:pStyle w:val="Abschnitt"/>
      </w:pPr>
      <w:r>
        <w:t>Formulierungsvorschlag 4 – Organisation und Verwaltung</w:t>
      </w:r>
    </w:p>
    <w:p w14:paraId="3456D66F" w14:textId="77777777" w:rsidR="00D700B7" w:rsidRDefault="00000000">
      <w:r>
        <w:t>[Name] unterstützt die Arbeit der [Gliederung] seit [Jahr] in besonderer Weise im Bereich Organisation und Verwaltung. Zu den regelmäßig wahrgenommenen Aufgaben gehören [Mitgliederverwaltung, Materialverwaltung, Veranstaltungsorganisation, Öffentlichkeitsarbeit oder andere Aufgaben]. [Er/Sie] arbeitet zuverlässig, sorgfältig und eigenständig und sorgt damit dafür, dass wichtige Abläufe im Hintergrund funktionieren. Besonders hervorzuheben ist [konkrete Verbesserung, Veranstaltung oder zusätzliche Aufgabe]. Durch die kontinuierliche Übernahme dieser für die Gliederung unverzichtbaren Tätigkeiten hat sich [Name] in vorbildlicher Weise verdient gemacht. Die Verleihung des Verdienstzeichens Bronze ist daher angemessen.</w:t>
      </w:r>
    </w:p>
    <w:p w14:paraId="026D221E" w14:textId="77777777" w:rsidR="00D700B7" w:rsidRDefault="00000000">
      <w:pPr>
        <w:pStyle w:val="Abschnitt"/>
      </w:pPr>
      <w:r>
        <w:t>Formulierungsvorschlag 5 – Vielseitiges Engagement</w:t>
      </w:r>
    </w:p>
    <w:p w14:paraId="2FC27872" w14:textId="77777777" w:rsidR="00D700B7" w:rsidRDefault="00000000">
      <w:r>
        <w:t>[Name] ist seit [Jahr] in mehreren Aufgabenbereichen der [Gliederung] aktiv. Neben [Haupttätigkeit] unterstützt [er/sie] regelmäßig [weiterer Tätigkeitsbereich] und beteiligt sich an Veranstaltungen, Diensten und organisatorischen Aufgaben. [Name] zeichnet sich durch hohe Verlässlichkeit, Hilfsbereitschaft und die Bereitschaft aus, auch kurzfristig Verantwortung zu übernehmen. Besonders sichtbar wurde dieses Engagement bei [konkretes Beispiel]. Durch die kontinuierliche und vielseitige Mitarbeit entlastet [Name] andere Ehrenamtliche und trägt wesentlich zum funktionierenden Vereinsleben bei. Die über mehrere Jahre gezeigte aktive Mitarbeit in vorbildlicher Weise rechtfertigt die Verleihung des Verdienstzeichens Bronze.</w:t>
      </w:r>
    </w:p>
    <w:p w14:paraId="529372F3" w14:textId="77777777" w:rsidR="00D700B7" w:rsidRDefault="00000000">
      <w:pPr>
        <w:pStyle w:val="Kapitel"/>
      </w:pPr>
      <w:r>
        <w:t>Verdienstzeichen Silber</w:t>
      </w:r>
    </w:p>
    <w:p w14:paraId="7DADB455" w14:textId="77777777" w:rsidR="00D700B7" w:rsidRDefault="00000000">
      <w:r>
        <w:t>Schwerpunkt: langjährige Verantwortung, überdurchschnittliche Leistungen und deutlich nachhaltige Wirkung.</w:t>
      </w:r>
    </w:p>
    <w:p w14:paraId="0BEC1BD7" w14:textId="77777777" w:rsidR="00D700B7" w:rsidRDefault="00000000">
      <w:pPr>
        <w:pStyle w:val="Abschnitt"/>
      </w:pPr>
      <w:r>
        <w:t>Formulierungsvorschlag 1 – Langjährige Ausbildungsleitung</w:t>
      </w:r>
    </w:p>
    <w:p w14:paraId="7BF4BD6D" w14:textId="77777777" w:rsidR="00D700B7" w:rsidRDefault="00000000">
      <w:r>
        <w:t>[Name] engagiert sich seit [Jahr] in herausgehobener Weise in der Ausbildung der [Gliederung] und trägt seit [Zeitraum] als [Funktion] besondere fachliche Verantwortung. Unter seiner/ihrer Mitwirkung wurden [konkrete Ausbildungsangebote, Lehrgänge oder Strukturen] aufgebaut beziehungsweise weiterentwickelt. [Name] hat zahlreiche Ausbilderinnen, Ausbilder und Einsatzkräfte qualifiziert, Standards vereinheitlicht und eine verlässliche Ausbildungsplanung etabliert. Die Leistungen beschränken sich damit nicht auf die regelmäßige Durchführung von Ausbildungsstunden, sondern haben die Qualität und Zukunftsfähigkeit der Gliederung nachhaltig verbessert. Das langjährige Engagement, die übernommene Verantwortung und die deutlich erkennbare Wirkung rechtfertigen die Verleihung des Verdienstzeichens Silber.</w:t>
      </w:r>
    </w:p>
    <w:p w14:paraId="7713F2E2" w14:textId="77777777" w:rsidR="00D700B7" w:rsidRDefault="00000000">
      <w:pPr>
        <w:pStyle w:val="Abschnitt"/>
      </w:pPr>
      <w:r>
        <w:lastRenderedPageBreak/>
        <w:t>Formulierungsvorschlag 2 – Führungsverantwortung im Einsatz</w:t>
      </w:r>
    </w:p>
    <w:p w14:paraId="5359C4B5" w14:textId="77777777" w:rsidR="00D700B7" w:rsidRDefault="00000000">
      <w:r>
        <w:t>[Name] ist seit [Jahr] im Einsatzwesen der DLRG tätig und hat über viele Jahre besondere Verantwortung als [Funktion] übernommen. [Er/Sie] hat Einsatzabläufe geplant, Kräfte ausgebildet und bei [konkrete Einsätze oder Veranstaltungen] die operative Verantwortung getragen. Besonders hervorzuheben sind [Aufbau einer Einheit, Einführung eines Konzeptes, Beschaffung oder Verbesserung]. Dadurch wurden Einsatzbereitschaft, Sicherheit und Zusammenarbeit innerhalb der [Gliederung/des Bezirks] nachhaltig gestärkt. [Name] wirkt zudem als Vorbild und unterstützt gezielt die Entwicklung neuer Führungskräfte. Diese überdurchschnittlichen und langjährig wirksamen Leistungen gehen deutlich über die Anforderungen des Verdienstzeichens Bronze hinaus und begründen die Verleihung des Verdienstzeichens Silber.</w:t>
      </w:r>
    </w:p>
    <w:p w14:paraId="35DC304B" w14:textId="77777777" w:rsidR="00D700B7" w:rsidRDefault="00000000">
      <w:pPr>
        <w:pStyle w:val="Abschnitt"/>
      </w:pPr>
      <w:r>
        <w:t>Formulierungsvorschlag 3 – Nachhaltige Jugendarbeit</w:t>
      </w:r>
    </w:p>
    <w:p w14:paraId="5B356D3C" w14:textId="77777777" w:rsidR="00D700B7" w:rsidRDefault="00000000">
      <w:r>
        <w:t>[Name] prägt seit [Jahr] die Jugendarbeit der [Gliederung] und hat über einen langen Zeitraum als [Funktion] besondere Verantwortung übernommen. Unter seiner/ihrer Leitung wurden [Jugendgruppe, Veranstaltungsreihe, Ausbildungskonzept oder Projekt] aufgebaut und dauerhaft etabliert. Durch gezielte Nachwuchsarbeit konnten [konkrete Ergebnisse, etwa Mitgliederentwicklung oder Gewinnung neuer Betreuender] erreicht werden. [Name] verbindet pädagogisches Geschick mit organisatorischer Stärke und sorgt dafür, dass junge Mitglieder Verantwortung übernehmen und langfristig an die DLRG gebunden werden. Die nachhaltige Wirkung, die langjährige Führungsarbeit und die besondere Vorbildfunktion rechtfertigen die Verleihung des Verdienstzeichens Silber.</w:t>
      </w:r>
    </w:p>
    <w:p w14:paraId="2BAC7548" w14:textId="77777777" w:rsidR="00D700B7" w:rsidRDefault="00000000">
      <w:pPr>
        <w:pStyle w:val="Abschnitt"/>
      </w:pPr>
      <w:r>
        <w:t>Formulierungsvorschlag 4 – Vorstands- und Organisationsentwicklung</w:t>
      </w:r>
    </w:p>
    <w:p w14:paraId="121C26DF" w14:textId="77777777" w:rsidR="00D700B7" w:rsidRDefault="00000000">
      <w:r>
        <w:t>[Name] hat sich seit [Jahr] in verschiedenen Vorstands- und Leitungsfunktionen um die Entwicklung der [Gliederung] besonders verdient gemacht. Als [Funktion] verantwortete [er/sie] unter anderem [Finanzen, Mitgliederentwicklung, Bauprojekt, Digitalisierung, Öffentlichkeitsarbeit oder anderes]. Durch [konkrete Maßnahme] wurden Abläufe verbessert, Ressourcen gesichert und die Handlungsfähigkeit der Gliederung dauerhaft gestärkt. Dabei beschränkte sich [Name] nicht auf die Erfüllung formaler Aufgaben, sondern entwickelte eigene Lösungsansätze und setzte diese mit großem persönlichen Einsatz um. Die langjährige Verantwortung und die nachhaltigen Ergebnisse begründen die Verleihung des Verdienstzeichens Silber.</w:t>
      </w:r>
    </w:p>
    <w:p w14:paraId="5D0BF913" w14:textId="77777777" w:rsidR="00D700B7" w:rsidRDefault="00000000">
      <w:pPr>
        <w:pStyle w:val="Abschnitt"/>
      </w:pPr>
      <w:r>
        <w:t>Formulierungsvorschlag 5 – Gliederungsübergreifendes Engagement</w:t>
      </w:r>
    </w:p>
    <w:p w14:paraId="2F5F335B" w14:textId="77777777" w:rsidR="00D700B7" w:rsidRDefault="00000000">
      <w:r>
        <w:t>[Name] engagiert sich seit [Jahr] nicht nur in der eigenen [Gliederung], sondern unterstützt regelmäßig auch [Bezirk, Landesverband oder benachbarte Gliederungen]. [Er/Sie] bringt seine/ihre Erfahrung in [Ausbildung, Einsatz, Jugend, Verwaltung oder Projektarbeit] ein und hat insbesondere bei [konkretes Projekt oder Veranstaltung] maßgeblich zum Erfolg beigetragen. Durch die Bereitschaft, Wissen weiterzugeben, Strukturen zu vernetzen und Verantwortung über den eigenen Aufgabenbereich hinaus zu übernehmen, erzielt das Wirken von [Name] eine deutlich größere Reichweite. Diese langjährige, überdurchschnittliche und nachhaltig wirksame Mitarbeit rechtfertigt die Verleihung des Verdienstzeichens Silber.</w:t>
      </w:r>
    </w:p>
    <w:p w14:paraId="724201A6" w14:textId="77777777" w:rsidR="00D700B7" w:rsidRDefault="00000000">
      <w:pPr>
        <w:pStyle w:val="Kapitel"/>
      </w:pPr>
      <w:r>
        <w:t>Verdienstzeichen Gold</w:t>
      </w:r>
    </w:p>
    <w:p w14:paraId="6946241B" w14:textId="77777777" w:rsidR="00D700B7" w:rsidRDefault="00000000">
      <w:r>
        <w:t>Schwerpunkt: herausragende Verdienste, prägende Führungs- oder Aufbauleistung und langfristige Verbandsentwicklung.</w:t>
      </w:r>
    </w:p>
    <w:p w14:paraId="42E401BD" w14:textId="77777777" w:rsidR="00D700B7" w:rsidRDefault="00000000">
      <w:pPr>
        <w:pStyle w:val="Abschnitt"/>
      </w:pPr>
      <w:r>
        <w:t>Formulierungsvorschlag 1 – Langjährige prägende Führung</w:t>
      </w:r>
    </w:p>
    <w:p w14:paraId="40239902" w14:textId="77777777" w:rsidR="00D700B7" w:rsidRDefault="00000000">
      <w:r>
        <w:t>[Name] hat die Entwicklung der [Gliederung/des Bezirks] über mehr als [Zeitraum] in herausragender Weise geprägt. In den Funktionen [Funktionen mit Zeiträumen] übernahm [er/sie] umfassende Führungsverantwortung und setzte entscheidende Impulse für [Ausbildung, Einsatz, Jugend, Finanzen oder Organisationsentwicklung]. Zu den besonders nachhaltigen Leistungen zählen [zwei bis drei konkrete Ergebnisse]. Diese Maßnahmen wirken bis heute fort und haben die Leistungsfähigkeit, Stabilität und öffentliche Wahrnehmung der DLRG deutlich verbessert. [Name] hat weit über die reguläre Amtsausübung hinaus gehandelt, andere Ehrenamtliche gefördert und verlässliche Strukturen für nachfolgende Generationen geschaffen. Die außergewöhnlichen, langfristig wirksamen Verdienste rechtfertigen die Verleihung des Verdienstzeichens Gold.</w:t>
      </w:r>
    </w:p>
    <w:p w14:paraId="30B1CA67" w14:textId="77777777" w:rsidR="00D700B7" w:rsidRDefault="00000000">
      <w:pPr>
        <w:pStyle w:val="Abschnitt"/>
      </w:pPr>
      <w:r>
        <w:t>Formulierungsvorschlag 2 – Aufbau eines Leistungsbereichs</w:t>
      </w:r>
    </w:p>
    <w:p w14:paraId="2FAEA1BE" w14:textId="77777777" w:rsidR="00D700B7" w:rsidRDefault="00000000">
      <w:r>
        <w:t>[Name] hat seit [Jahr] mit außergewöhnlichem persönlichen Einsatz den Bereich [Ausbildung/Einsatz/Jugend/Katastrophenschutz] innerhalb der [Gliederung/des Bezirks] aufgebaut und über viele Jahre weiterentwickelt. Aus einer zunächst [kurze Ausgangslage] entstand unter seiner/ihrer Leitung [heutige Struktur oder Ergebnis]. [Name] entwickelte Konzepte, gewann und qualifizierte Mitarbeitende, sicherte Ausrüstung und Finanzierung und etablierte verbindliche Abläufe. Dadurch konnten [messbare oder nachvollziehbare Ergebnisse] erreicht werden. Die geschaffenen Strukturen bestehen dauerhaft fort und haben Vorbildwirkung über die eigene Gliederung hinaus. Diese herausragende Aufbauleistung und ihre nachhaltige Bedeutung begründen die Verleihung des Verdienstzeichens Gold.</w:t>
      </w:r>
    </w:p>
    <w:p w14:paraId="597FC512" w14:textId="77777777" w:rsidR="00D700B7" w:rsidRDefault="00000000">
      <w:pPr>
        <w:pStyle w:val="Abschnitt"/>
      </w:pPr>
      <w:r>
        <w:t>Formulierungsvorschlag 3 – Überregionale Facharbeit</w:t>
      </w:r>
    </w:p>
    <w:p w14:paraId="15B83595" w14:textId="77777777" w:rsidR="00D700B7" w:rsidRDefault="00000000">
      <w:r>
        <w:t>[Name] hat sich über viele Jahre in besonderer Weise auf mehreren Verbandsebenen für die DLRG eingesetzt. Neben der Tätigkeit in [Gliederung] übernahm [er/sie] Verantwortung in [Bezirk/Landesverband/Bundesebene] und wirkte maßgeblich an [Lehrkonzepten, Einsatzstrukturen, Gremienarbeit oder Projekten] mit. Seine/Ihre fachliche Kompetenz und die Fähigkeit, unterschiedliche Interessen zusammenzuführen, führten zu [konkrete Verbesserungen oder Ergebnisse]. Die von [Name] entwickelten Lösungen wurden überregional genutzt und haben die Arbeit zahlreicher Gliederungen nachhaltig beeinflusst. Umfang, Reichweite und Dauer dieses Engagements gehen weit über eine örtliche Tätigkeit hinaus und rechtfertigen die Verleihung des Verdienstzeichens Gold.</w:t>
      </w:r>
    </w:p>
    <w:p w14:paraId="56EC5A23" w14:textId="77777777" w:rsidR="00D700B7" w:rsidRDefault="00000000">
      <w:pPr>
        <w:pStyle w:val="Abschnitt"/>
      </w:pPr>
      <w:r>
        <w:t>Formulierungsvorschlag 4 – Langfristige Nachwuchs- und Personalentwicklung</w:t>
      </w:r>
    </w:p>
    <w:p w14:paraId="444AD5B8" w14:textId="77777777" w:rsidR="00D700B7" w:rsidRDefault="00000000">
      <w:r>
        <w:t>[Name] hat sich seit [Jahr] in herausragender Weise der Gewinnung, Qualifizierung und Begleitung ehrenamtlicher Nachwuchskräfte gewidmet. Als [Funktion] entwickelte [er/sie] [Mentoring, Ausbildungssystem, Jugendkonzept oder Führungskräfteprogramm] und begleitete zahlreiche Mitglieder auf ihrem Weg in verantwortliche Aufgaben. Viele heute aktive Ausbilderinnen, Einsatzkräfte und Führungskräfte wurden durch [Name] gefördert und geprägt. Dadurch entstand eine nachhaltige personelle Grundlage, die die Zukunftsfähigkeit der [Gliederung/des Bezirks] dauerhaft sichert. Die langfristige Wirkung auf Menschen, Strukturen und Verbandskultur sowie die besondere Vorbildfunktion rechtfertigen die Verleihung des Verdienstzeichens Gold.</w:t>
      </w:r>
    </w:p>
    <w:p w14:paraId="05F5C7FE" w14:textId="77777777" w:rsidR="00D700B7" w:rsidRDefault="00000000">
      <w:pPr>
        <w:pStyle w:val="Abschnitt"/>
      </w:pPr>
      <w:r>
        <w:lastRenderedPageBreak/>
        <w:t>Formulierungsvorschlag 5 – Außergewöhnliches Gesamtengagement</w:t>
      </w:r>
    </w:p>
    <w:p w14:paraId="41060E13" w14:textId="77777777" w:rsidR="00D700B7" w:rsidRDefault="00000000">
      <w:r>
        <w:t>[Name] hat über Jahrzehnte hinweg in unterschiedlichen Bereichen außergewöhnliche Verdienste für die DLRG erworben. Das Engagement umfasst [Funktionen und Tätigkeitsfelder] und reicht von der praktischen Mitarbeit bis zur strategischen Verantwortung. Besonders hervorzuheben sind [konkrete Projekte, Rettungsdienstleistungen, organisatorische Erfolge oder Verbandsentwicklungen]. [Name] hat wiederholt Aufgaben übernommen, die weit über das übliche Maß hinausgingen, und dabei dauerhafte Verbesserungen für Mitglieder, Einsatzkräfte und Bevölkerung bewirkt. Sein/Ihr Wirken ist durch Kontinuität, hohe Verantwortung, große Reichweite und nachhaltige Ergebnisse gekennzeichnet. Diese herausragende Gesamtleistung begründet die Verleihung des Verdienstzeichens Gold.</w:t>
      </w:r>
    </w:p>
    <w:p w14:paraId="2056CE97" w14:textId="77777777" w:rsidR="00D700B7" w:rsidRDefault="00000000">
      <w:pPr>
        <w:pStyle w:val="Kapitel"/>
      </w:pPr>
      <w:r>
        <w:t>Verdienstzeichen Gold mit Brillant</w:t>
      </w:r>
    </w:p>
    <w:p w14:paraId="3D40289C" w14:textId="77777777" w:rsidR="00D700B7" w:rsidRDefault="00000000">
      <w:r>
        <w:t>Schwerpunkt: außergewöhnliches Lebenswerk, überregionale Bedeutung und dauerhaft prägende Wirkung.</w:t>
      </w:r>
    </w:p>
    <w:p w14:paraId="6162B386" w14:textId="77777777" w:rsidR="00D700B7" w:rsidRDefault="00000000">
      <w:pPr>
        <w:pStyle w:val="Abschnitt"/>
      </w:pPr>
      <w:r>
        <w:t>Formulierungsvorschlag 1 – Lebenswerk für die DLRG</w:t>
      </w:r>
    </w:p>
    <w:p w14:paraId="228E0721" w14:textId="77777777" w:rsidR="00D700B7" w:rsidRDefault="00000000">
      <w:r>
        <w:t>[Name] hat sein/ihr ehrenamtliches Wirken über mehr als [Zeitraum] in außergewöhnlicher Weise in den Dienst der DLRG gestellt. In den Funktionen [Funktionen und Zeiträume] prägte [er/sie] die Entwicklung von [Gliederung, Bezirk oder Landesverband] entscheidend. Zu seinem/ihrem Lebenswerk gehören insbesondere [drei zentrale Leistungen], deren Wirkung bis heute fortbesteht. [Name] hat nicht nur Aufgaben erfüllt, sondern Strukturen geschaffen, Generationen von Ehrenamtlichen geprägt und die DLRG über den eigenen Verantwortungsbereich hinaus nachhaltig weiterentwickelt. Umfang, Dauer, Qualität und Reichweite der Verdienste besitzen außergewöhnlichen Lebenswerkcharakter und rechtfertigen die Verleihung des Verdienstzeichens Gold mit Brillant.</w:t>
      </w:r>
    </w:p>
    <w:p w14:paraId="3DB44299" w14:textId="77777777" w:rsidR="00D700B7" w:rsidRDefault="00000000">
      <w:pPr>
        <w:pStyle w:val="Abschnitt"/>
      </w:pPr>
      <w:r>
        <w:t>Formulierungsvorschlag 2 – Verbandsentwicklung über mehrere Ebenen</w:t>
      </w:r>
    </w:p>
    <w:p w14:paraId="476BB79B" w14:textId="77777777" w:rsidR="00D700B7" w:rsidRDefault="00000000">
      <w:r>
        <w:t>[Name] hat über Jahrzehnte hinweg auf Ortsgruppen-, Bezirks- und Landesverbandsebene herausragende Verantwortung übernommen. Durch sein/ihr Wirken wurden [zentrale Strukturen, Konzepte oder Einrichtungen] geschaffen oder grundlegend modernisiert. Besonders prägend waren [konkrete Leistungen], die nicht nur einer einzelnen Gliederung zugutekamen, sondern die Arbeit zahlreicher DLRG-Einheiten dauerhaft beeinflussten. [Name] verband strategische Weitsicht mit persönlicher Einsatzbereitschaft und war in schwierigen Entwicklungsphasen eine verlässliche und richtungsweisende Führungspersönlichkeit. Die außergewöhnliche überregionale Bedeutung und die über Jahrzehnte anhaltende Wirkung begründen die Verleihung des Verdienstzeichens Gold mit Brillant.</w:t>
      </w:r>
    </w:p>
    <w:p w14:paraId="0A6F8EDA" w14:textId="77777777" w:rsidR="00D700B7" w:rsidRDefault="00000000">
      <w:pPr>
        <w:pStyle w:val="Abschnitt"/>
      </w:pPr>
      <w:r>
        <w:t>Formulierungsvorschlag 3 – Außergewöhnliche Aufbau- und Pionierleistung</w:t>
      </w:r>
    </w:p>
    <w:p w14:paraId="74C7F6FE" w14:textId="77777777" w:rsidR="00D700B7" w:rsidRDefault="00000000">
      <w:r>
        <w:t>[Name] hat mit außergewöhnlicher Initiative und Beharrlichkeit [Bereich, Einrichtung oder Struktur] aufgebaut und zu einem dauerhaft tragfähigen Bestandteil der DLRG entwickelt. Ausgangspunkt war [kurze Ausgangslage]; unter seiner/ihrer Führung entstanden [heutige Ergebnisse]. Dabei verantwortete [Name] Konzeptentwicklung, Personalgewinnung, Finanzierung, Kooperationen und praktische Umsetzung. Die geschaffenen Strukturen wurden zum Vorbild für [weitere Gliederungen oder Verbandsebenen] und entfalten bis heute Wirkung. Diese Pionierleistung ist nicht als einzelnes Projekt zu bewerten, sondern als prägender Bestandteil eines jahrzehntelangen außergewöhnlichen Lebenswerks. Sie rechtfertigt die Verleihung des Verdienstzeichens Gold mit Brillant.</w:t>
      </w:r>
    </w:p>
    <w:p w14:paraId="365B5826" w14:textId="77777777" w:rsidR="00D700B7" w:rsidRDefault="00000000">
      <w:pPr>
        <w:pStyle w:val="Abschnitt"/>
      </w:pPr>
      <w:r>
        <w:t>Formulierungsvorschlag 4 – Prägung von Menschen und Verbandskultur</w:t>
      </w:r>
    </w:p>
    <w:p w14:paraId="6951769B" w14:textId="77777777" w:rsidR="00D700B7" w:rsidRDefault="00000000">
      <w:r>
        <w:t>[Name] hat über einen außergewöhnlich langen Zeitraum nicht nur fachliche und organisatorische Leistungen erbracht, sondern die Kultur der DLRG nachhaltig geprägt. Durch persönliche Integrität, Verlässlichkeit und die konsequente Förderung anderer wurde [er/sie] für mehrere Generationen von Mitgliedern zu einer herausragenden Orientierungsperson. Zahlreiche heute verantwortliche Ehrenamtliche wurden von [Name] ausgebildet, begleitet oder zur Übernahme von Führungsaufgaben ermutigt. Zugleich initiierte [er/sie] [konkrete nachhaltige Entwicklungen]. Die Verbindung aus Lebensleistung, Vorbildwirkung, Nachwuchsförderung und dauerhafter Verbandsentwicklung rechtfertigt die Verleihung des Verdienstzeichens Gold mit Brillant.</w:t>
      </w:r>
    </w:p>
    <w:p w14:paraId="753FF91D" w14:textId="77777777" w:rsidR="00D700B7" w:rsidRDefault="00000000">
      <w:pPr>
        <w:pStyle w:val="Abschnitt"/>
      </w:pPr>
      <w:r>
        <w:t>Formulierungsvorschlag 5 – Gesamtwürdigung einer außergewöhnlichen Lebensleistung</w:t>
      </w:r>
    </w:p>
    <w:p w14:paraId="3244C173" w14:textId="77777777" w:rsidR="00D700B7" w:rsidRDefault="00000000">
      <w:r>
        <w:t>[Name] hat sich über [Zeitraum] in einem Maße um die DLRG verdient gemacht, das deutlich über langjährige und herausragende Pflichterfüllung hinausgeht. Sein/Ihr Engagement umfasst [Tätigkeitsfelder und Ebenen] und war insbesondere durch [zentrale Merkmale] geprägt. Mit [konkrete Leistungen] bewirkte [Name] dauerhafte Verbesserungen für die Organisation, ihre Mitglieder und die Menschen, denen die DLRG dient. Die erzielten Ergebnisse besitzen überregionale Bedeutung und wirken auch nach dem Ende einzelner Funktionen fort. Aufgrund der außergewöhnlichen Dauer, Breite, Tiefe und Nachhaltigkeit des Wirkens ist die Gesamtleistung als Lebenswerk einzuordnen. Die Verleihung des Verdienstzeichens Gold mit Brillant ist daher in besonderem Maße gerechtfertigt.</w:t>
      </w:r>
    </w:p>
    <w:p w14:paraId="12BE329F" w14:textId="77777777" w:rsidR="00D700B7" w:rsidRDefault="00000000">
      <w:pPr>
        <w:pStyle w:val="Abschnitt"/>
      </w:pPr>
      <w:r>
        <w:t>Hinweise zur individuellen Anpassung</w:t>
      </w:r>
    </w:p>
    <w:p w14:paraId="25A8A912" w14:textId="77777777" w:rsidR="00D700B7" w:rsidRDefault="00000000">
      <w:pPr>
        <w:pStyle w:val="Check"/>
      </w:pPr>
      <w:r>
        <w:t>☐ alle Platzhalter durch konkrete und nachweisbare Angaben ersetzen</w:t>
      </w:r>
    </w:p>
    <w:p w14:paraId="526AF0ED" w14:textId="77777777" w:rsidR="00D700B7" w:rsidRDefault="00000000">
      <w:pPr>
        <w:pStyle w:val="Check"/>
      </w:pPr>
      <w:r>
        <w:t>☐ Funktionen immer mit Zeiträumen und tatsächlichen Aufgaben beschreiben</w:t>
      </w:r>
    </w:p>
    <w:p w14:paraId="6BA9A8AF" w14:textId="77777777" w:rsidR="00D700B7" w:rsidRDefault="00000000">
      <w:pPr>
        <w:pStyle w:val="Check"/>
      </w:pPr>
      <w:r>
        <w:t>☐ mindestens zwei konkrete Leistungen oder Ergebnisse nennen</w:t>
      </w:r>
    </w:p>
    <w:p w14:paraId="66B933B0" w14:textId="77777777" w:rsidR="00D700B7" w:rsidRDefault="00000000">
      <w:pPr>
        <w:pStyle w:val="Check"/>
      </w:pPr>
      <w:r>
        <w:t>☐ Wirkung und Nachhaltigkeit nachvollziehbar darstellen</w:t>
      </w:r>
    </w:p>
    <w:p w14:paraId="6A00D95A" w14:textId="77777777" w:rsidR="00D700B7" w:rsidRDefault="00000000">
      <w:pPr>
        <w:pStyle w:val="Check"/>
      </w:pPr>
      <w:r>
        <w:t>☐ Begründung klar von der vorherigen Ehrungsstufe abgrenzen</w:t>
      </w:r>
    </w:p>
    <w:p w14:paraId="3D9F398C" w14:textId="77777777" w:rsidR="00D700B7" w:rsidRDefault="00000000">
      <w:pPr>
        <w:pStyle w:val="Check"/>
      </w:pPr>
      <w:r>
        <w:t>☐ keine unbelegten Superlative oder pauschalen Wertungen verwenden</w:t>
      </w:r>
    </w:p>
    <w:p w14:paraId="206F8042" w14:textId="77777777" w:rsidR="00D700B7" w:rsidRDefault="00000000">
      <w:pPr>
        <w:pStyle w:val="Check"/>
      </w:pPr>
      <w:r>
        <w:t>☐ Text im DLRG-Manager auf Vollständigkeit und sprachliche Klarheit prüfen</w:t>
      </w:r>
    </w:p>
    <w:sectPr w:rsidR="00D700B7" w:rsidSect="00034616">
      <w:headerReference w:type="default" r:id="rId8"/>
      <w:footerReference w:type="default" r:id="rId9"/>
      <w:pgSz w:w="12240" w:h="15840"/>
      <w:pgMar w:top="680" w:right="794" w:bottom="652" w:left="822"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DF9FD" w14:textId="77777777" w:rsidR="001015B6" w:rsidRDefault="001015B6">
      <w:pPr>
        <w:spacing w:after="0"/>
      </w:pPr>
      <w:r>
        <w:separator/>
      </w:r>
    </w:p>
  </w:endnote>
  <w:endnote w:type="continuationSeparator" w:id="0">
    <w:p w14:paraId="6A56B887" w14:textId="77777777" w:rsidR="001015B6" w:rsidRDefault="001015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0EDA" w14:textId="77777777" w:rsidR="00D700B7" w:rsidRDefault="00000000">
    <w:pPr>
      <w:pStyle w:val="Fuzeile"/>
      <w:jc w:val="center"/>
    </w:pPr>
    <w:proofErr w:type="spellStart"/>
    <w:r>
      <w:rPr>
        <w:color w:val="646464"/>
        <w:sz w:val="15"/>
      </w:rPr>
      <w:t>Kompaktfassung</w:t>
    </w:r>
    <w:proofErr w:type="spellEnd"/>
    <w:r>
      <w:rPr>
        <w:color w:val="646464"/>
        <w:sz w:val="15"/>
      </w:rPr>
      <w:t xml:space="preserve"> · </w:t>
    </w:r>
    <w:r>
      <w:rPr>
        <w:color w:val="646464"/>
        <w:sz w:val="15"/>
      </w:rPr>
      <w:fldChar w:fldCharType="begin"/>
    </w:r>
    <w:r>
      <w:rPr>
        <w:color w:val="646464"/>
        <w:sz w:val="15"/>
      </w:rPr>
      <w:instrText>PAGE</w:instrText>
    </w:r>
    <w:r w:rsidR="00FE3D52">
      <w:rPr>
        <w:color w:val="646464"/>
        <w:sz w:val="15"/>
      </w:rPr>
      <w:fldChar w:fldCharType="separate"/>
    </w:r>
    <w:r w:rsidR="00FE3D52">
      <w:rPr>
        <w:noProof/>
        <w:color w:val="646464"/>
        <w:sz w:val="15"/>
      </w:rPr>
      <w:t>1</w:t>
    </w:r>
    <w:r>
      <w:rPr>
        <w:color w:val="646464"/>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8B92" w14:textId="77777777" w:rsidR="001015B6" w:rsidRDefault="001015B6">
      <w:pPr>
        <w:spacing w:after="0"/>
      </w:pPr>
      <w:r>
        <w:separator/>
      </w:r>
    </w:p>
  </w:footnote>
  <w:footnote w:type="continuationSeparator" w:id="0">
    <w:p w14:paraId="66C8C40B" w14:textId="77777777" w:rsidR="001015B6" w:rsidRDefault="001015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8C67" w14:textId="77777777" w:rsidR="00D700B7" w:rsidRDefault="00000000">
    <w:pPr>
      <w:pStyle w:val="Kopfzeile"/>
      <w:jc w:val="right"/>
    </w:pPr>
    <w:r>
      <w:rPr>
        <w:color w:val="646464"/>
        <w:sz w:val="15"/>
      </w:rPr>
      <w:t xml:space="preserve">DLRG Schleswig-Holstein | </w:t>
    </w:r>
    <w:proofErr w:type="spellStart"/>
    <w:r>
      <w:rPr>
        <w:color w:val="646464"/>
        <w:sz w:val="15"/>
      </w:rPr>
      <w:t>Handbuch</w:t>
    </w:r>
    <w:proofErr w:type="spellEnd"/>
    <w:r>
      <w:rPr>
        <w:color w:val="646464"/>
        <w:sz w:val="15"/>
      </w:rPr>
      <w:t xml:space="preserve"> </w:t>
    </w:r>
    <w:proofErr w:type="spellStart"/>
    <w:r>
      <w:rPr>
        <w:color w:val="646464"/>
        <w:sz w:val="15"/>
      </w:rPr>
      <w:t>Ehrungen</w:t>
    </w:r>
    <w:proofErr w:type="spellEnd"/>
    <w:r>
      <w:rPr>
        <w:color w:val="646464"/>
        <w:sz w:val="15"/>
      </w:rPr>
      <w:t xml:space="preserve"> – </w:t>
    </w:r>
    <w:proofErr w:type="spellStart"/>
    <w:r>
      <w:rPr>
        <w:color w:val="646464"/>
        <w:sz w:val="15"/>
      </w:rPr>
      <w:t>Kompaktfassung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2075203563">
    <w:abstractNumId w:val="8"/>
  </w:num>
  <w:num w:numId="2" w16cid:durableId="1696082085">
    <w:abstractNumId w:val="6"/>
  </w:num>
  <w:num w:numId="3" w16cid:durableId="1897423927">
    <w:abstractNumId w:val="5"/>
  </w:num>
  <w:num w:numId="4" w16cid:durableId="290670849">
    <w:abstractNumId w:val="4"/>
  </w:num>
  <w:num w:numId="5" w16cid:durableId="974874762">
    <w:abstractNumId w:val="7"/>
  </w:num>
  <w:num w:numId="6" w16cid:durableId="896862678">
    <w:abstractNumId w:val="3"/>
  </w:num>
  <w:num w:numId="7" w16cid:durableId="1197767307">
    <w:abstractNumId w:val="2"/>
  </w:num>
  <w:num w:numId="8" w16cid:durableId="1240017593">
    <w:abstractNumId w:val="1"/>
  </w:num>
  <w:num w:numId="9" w16cid:durableId="104144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5B6"/>
    <w:rsid w:val="0015074B"/>
    <w:rsid w:val="0029639D"/>
    <w:rsid w:val="00326F90"/>
    <w:rsid w:val="00AA1D8D"/>
    <w:rsid w:val="00B37E0E"/>
    <w:rsid w:val="00B47730"/>
    <w:rsid w:val="00CB0664"/>
    <w:rsid w:val="00D700B7"/>
    <w:rsid w:val="00FC693F"/>
    <w:rsid w:val="00FE3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20C31"/>
  <w14:defaultImageDpi w14:val="300"/>
  <w15:docId w15:val="{C119AEC0-3BF2-41C7-B9C4-306A6BCD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36" w:line="240" w:lineRule="auto"/>
    </w:pPr>
    <w:rPr>
      <w:rFonts w:ascii="Arial" w:hAnsi="Arial"/>
      <w:sz w:val="17"/>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el1">
    <w:name w:val="Titel1"/>
    <w:rPr>
      <w:rFonts w:ascii="Arial" w:hAnsi="Arial"/>
      <w:b/>
      <w:color w:val="003B6F"/>
      <w:sz w:val="48"/>
    </w:rPr>
  </w:style>
  <w:style w:type="paragraph" w:customStyle="1" w:styleId="Untertitel1">
    <w:name w:val="Untertitel1"/>
    <w:pPr>
      <w:spacing w:after="240"/>
    </w:pPr>
    <w:rPr>
      <w:rFonts w:ascii="Arial" w:hAnsi="Arial"/>
      <w:color w:val="555555"/>
      <w:sz w:val="24"/>
    </w:rPr>
  </w:style>
  <w:style w:type="paragraph" w:customStyle="1" w:styleId="Kapitel">
    <w:name w:val="Kapitel"/>
    <w:pPr>
      <w:keepNext/>
      <w:spacing w:before="200" w:after="100"/>
    </w:pPr>
    <w:rPr>
      <w:rFonts w:ascii="Arial" w:hAnsi="Arial"/>
      <w:b/>
      <w:color w:val="003B6F"/>
      <w:sz w:val="32"/>
    </w:rPr>
  </w:style>
  <w:style w:type="paragraph" w:customStyle="1" w:styleId="Abschnitt">
    <w:name w:val="Abschnitt"/>
    <w:pPr>
      <w:keepNext/>
      <w:spacing w:before="140" w:after="50"/>
    </w:pPr>
    <w:rPr>
      <w:rFonts w:ascii="Arial" w:hAnsi="Arial"/>
      <w:b/>
      <w:color w:val="0076A8"/>
      <w:sz w:val="23"/>
    </w:rPr>
  </w:style>
  <w:style w:type="paragraph" w:customStyle="1" w:styleId="Zwischen">
    <w:name w:val="Zwischen"/>
    <w:pPr>
      <w:keepNext/>
      <w:spacing w:before="80" w:after="20"/>
    </w:pPr>
    <w:rPr>
      <w:rFonts w:ascii="Arial" w:hAnsi="Arial"/>
      <w:b/>
      <w:color w:val="222222"/>
      <w:sz w:val="19"/>
    </w:rPr>
  </w:style>
  <w:style w:type="paragraph" w:customStyle="1" w:styleId="Klein">
    <w:name w:val="Klein"/>
    <w:pPr>
      <w:spacing w:after="20"/>
    </w:pPr>
    <w:rPr>
      <w:rFonts w:ascii="Arial" w:hAnsi="Arial"/>
      <w:color w:val="555555"/>
      <w:sz w:val="16"/>
    </w:rPr>
  </w:style>
  <w:style w:type="paragraph" w:customStyle="1" w:styleId="Check">
    <w:name w:val="Check"/>
    <w:pPr>
      <w:spacing w:after="20"/>
    </w:pPr>
    <w:rPr>
      <w:rFonts w:ascii="Arial" w:hAnsi="Arial"/>
      <w:color w:val="222222"/>
      <w:sz w:val="17"/>
    </w:rPr>
  </w:style>
  <w:style w:type="paragraph" w:customStyle="1" w:styleId="Hinweis">
    <w:name w:val="Hinweis"/>
    <w:pPr>
      <w:spacing w:before="60" w:after="60"/>
    </w:pPr>
    <w:rPr>
      <w:rFonts w:ascii="Arial" w:hAnsi="Arial"/>
      <w:color w:val="222222"/>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4867</Words>
  <Characters>30665</Characters>
  <Application>Microsoft Office Word</Application>
  <DocSecurity>0</DocSecurity>
  <Lines>255</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Handbuch Ehrungen – Kompaktfassung</dc:title>
  <dc:subject>Verdichtete Arbeitsfassung für Vorstände und Ehrungsbeauftragte</dc:subject>
  <dc:creator>DLRG Landesverband Schleswig-Holstein</dc:creator>
  <cp:keywords/>
  <dc:description>generated by python-docx</dc:description>
  <cp:lastModifiedBy>Hauke von Essen</cp:lastModifiedBy>
  <cp:revision>2</cp:revision>
  <dcterms:created xsi:type="dcterms:W3CDTF">2013-12-23T23:15:00Z</dcterms:created>
  <dcterms:modified xsi:type="dcterms:W3CDTF">2026-07-27T21:33:00Z</dcterms:modified>
  <cp:category/>
</cp:coreProperties>
</file>