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Musterbeschluss des Vorstandes</w:t>
      </w:r>
    </w:p>
    <w:p>
      <w:r>
        <w:rPr>
          <w:b/>
          <w:sz w:val="22"/>
        </w:rPr>
        <w:t>Vorlage zur Beschlussfassung über einen Ehrungsantrag</w:t>
      </w:r>
    </w:p>
    <w:p>
      <w:pPr>
        <w:spacing w:after="80"/>
      </w:pPr>
      <w:r>
        <w:rPr>
          <w:b/>
          <w:color w:val="E30613"/>
        </w:rPr>
        <w:t>Anträge sollen grundsätzlich über den DLRG-Manager gestellt und über den vorgesehenen Dienstweg weitergeleitet werden.</w:t>
      </w:r>
    </w:p>
    <w:p>
      <w:pPr>
        <w:pStyle w:val="Heading1"/>
      </w:pPr>
      <w:r>
        <w:t>Beschlussvorlage</w:t>
      </w:r>
    </w:p>
    <w:p>
      <w:r>
        <w:rPr>
          <w:b/>
        </w:rPr>
        <w:t xml:space="preserve">Gliederung: </w:t>
      </w:r>
      <w:r>
        <w:t>____________________________________________________________</w:t>
      </w:r>
    </w:p>
    <w:p>
      <w:r>
        <w:rPr>
          <w:b/>
        </w:rPr>
        <w:t xml:space="preserve">Sitzung am: </w:t>
      </w:r>
      <w:r>
        <w:t>____________________________________________________________</w:t>
      </w:r>
    </w:p>
    <w:p>
      <w:r>
        <w:rPr>
          <w:b/>
        </w:rPr>
        <w:t xml:space="preserve">Vorgeschlagene Person: </w:t>
      </w:r>
      <w:r>
        <w:t>____________________________________________________________</w:t>
      </w:r>
    </w:p>
    <w:p>
      <w:r>
        <w:rPr>
          <w:b/>
        </w:rPr>
        <w:t xml:space="preserve">Beantragte Ehrung: </w:t>
      </w:r>
      <w:r>
        <w:t>____________________________________________________________</w:t>
      </w:r>
    </w:p>
    <w:p>
      <w:r>
        <w:rPr>
          <w:b/>
        </w:rPr>
        <w:t xml:space="preserve">Geplanter Verleihungstermin: </w:t>
      </w:r>
      <w:r>
        <w:t>____________________________________________________________</w:t>
      </w:r>
    </w:p>
    <w:p>
      <w:pPr>
        <w:pStyle w:val="Heading1"/>
      </w:pPr>
      <w:r>
        <w:t>Beschlusstext</w:t>
      </w:r>
    </w:p>
    <w:p>
      <w:r>
        <w:t>Der Vorstand beschließt, für [Name, Mitgliedsnummer] die Verleihung des/der [Bezeichnung der Ehrung] zu beantragen. Die besonderen Verdienste ergeben sich aus der beigefügten Begründung und den dokumentierten Tätigkeiten. Der Antrag wird grundsätzlich im DLRG-Manager angelegt und über den vorgesehenen Dienstweg an die zuständige Stelle weitergeleitet.</w:t>
      </w:r>
    </w:p>
    <w:p>
      <w:pPr>
        <w:pStyle w:val="Heading1"/>
      </w:pPr>
      <w:r>
        <w:t>Abstimmungsergebnis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vAlign w:val="center"/>
            <w:shd w:fill="E30613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Stimmberechtigt</w:t>
            </w:r>
          </w:p>
        </w:tc>
        <w:tc>
          <w:tcPr>
            <w:tcW w:type="dxa" w:w="2578"/>
            <w:vAlign w:val="center"/>
            <w:shd w:fill="E30613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Ja</w:t>
            </w:r>
          </w:p>
        </w:tc>
        <w:tc>
          <w:tcPr>
            <w:tcW w:type="dxa" w:w="2578"/>
            <w:vAlign w:val="center"/>
            <w:shd w:fill="E30613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Nein</w:t>
            </w:r>
          </w:p>
        </w:tc>
        <w:tc>
          <w:tcPr>
            <w:tcW w:type="dxa" w:w="2578"/>
            <w:vAlign w:val="center"/>
            <w:shd w:fill="E30613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Enthaltung</w:t>
            </w:r>
          </w:p>
        </w:tc>
      </w:tr>
      <w:tr>
        <w:tc>
          <w:tcPr>
            <w:tcW w:type="dxa" w:w="2578"/>
            <w:vAlign w:val="center"/>
          </w:tcPr>
          <w:p>
            <w:r/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578"/>
            <w:vAlign w:val="center"/>
          </w:tcPr>
          <w:p>
            <w:r/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</w:tbl>
    <w:p>
      <w:r>
        <w:br/>
        <w:t>Ort, Datum: ______________________________</w:t>
      </w:r>
    </w:p>
    <w:p>
      <w:r>
        <w:t>Unterschrift Vorsitz: _____________________    Unterschrift Protokoll: _____________________</w:t>
      </w:r>
    </w:p>
    <w:p>
      <w:pPr>
        <w:pStyle w:val="Heading1"/>
      </w:pPr>
      <w:r>
        <w:t>Anlagen</w:t>
      </w:r>
    </w:p>
    <w:p>
      <w:pPr>
        <w:ind w:left="283" w:hanging="227"/>
      </w:pPr>
      <w:r>
        <w:t>☐ Begründung des Ehrungsantrages</w:t>
      </w:r>
    </w:p>
    <w:p>
      <w:pPr>
        <w:ind w:left="283" w:hanging="227"/>
      </w:pPr>
      <w:r>
        <w:t>☐ Tätigkeits- und Funktionsübersicht</w:t>
      </w:r>
    </w:p>
    <w:p>
      <w:pPr>
        <w:ind w:left="283" w:hanging="227"/>
      </w:pPr>
      <w:r>
        <w:t>☐ Nachweise / ergänzende Unterlagen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Arbeitshilfe Ehrungswesen | Stand Juli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color w:val="E30613"/>
        <w:sz w:val="16"/>
      </w:rPr>
      <w:t>DLRG Landesverband Schleswig-Holstein e.V. | Ehrungswesen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E3061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2222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E3061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